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97BDE" w14:textId="77777777" w:rsidR="00FB4018" w:rsidRPr="00AC47D1" w:rsidRDefault="00AC47D1" w:rsidP="00AC47D1">
      <w:pPr>
        <w:rPr>
          <w:rFonts w:ascii="Verdana" w:hAnsi="Verdana"/>
          <w:lang w:val="es-MX"/>
        </w:rPr>
      </w:pPr>
      <w:r w:rsidRPr="00AC47D1">
        <w:rPr>
          <w:rFonts w:ascii="Verdana" w:hAnsi="Verdana"/>
          <w:lang w:val="es-MX"/>
        </w:rPr>
        <w:t>Señores</w:t>
      </w:r>
      <w:r w:rsidRPr="00AC47D1">
        <w:rPr>
          <w:rFonts w:ascii="Verdana" w:hAnsi="Verdana"/>
          <w:lang w:val="es-MX"/>
        </w:rPr>
        <w:br/>
      </w:r>
      <w:r w:rsidRPr="00AC47D1">
        <w:rPr>
          <w:rFonts w:ascii="Verdana" w:hAnsi="Verdana"/>
          <w:lang w:val="es-MX"/>
        </w:rPr>
        <w:br/>
      </w:r>
      <w:r w:rsidRPr="00AC47D1">
        <w:rPr>
          <w:rFonts w:ascii="Verdana" w:hAnsi="Verdana"/>
          <w:b/>
          <w:bCs/>
          <w:lang w:val="es-MX"/>
        </w:rPr>
        <w:t>FISCALÍA LOCAL DE __________________</w:t>
      </w:r>
      <w:r w:rsidRPr="00AC47D1">
        <w:rPr>
          <w:rFonts w:ascii="Verdana" w:hAnsi="Verdana"/>
          <w:b/>
          <w:bCs/>
          <w:lang w:val="es-MX"/>
        </w:rPr>
        <w:br/>
        <w:t>E.S.D.</w:t>
      </w:r>
      <w:r w:rsidRPr="00AC47D1">
        <w:rPr>
          <w:rFonts w:ascii="Verdana" w:hAnsi="Verdana"/>
          <w:lang w:val="es-MX"/>
        </w:rPr>
        <w:br/>
      </w:r>
    </w:p>
    <w:p w14:paraId="33C1D7AE" w14:textId="00F42F01" w:rsidR="00FB4018" w:rsidRPr="00AC47D1" w:rsidRDefault="00AC47D1" w:rsidP="00AC47D1">
      <w:pPr>
        <w:rPr>
          <w:rFonts w:ascii="Verdana" w:hAnsi="Verdana"/>
          <w:lang w:val="es-MX"/>
        </w:rPr>
      </w:pPr>
      <w:r w:rsidRPr="00AC47D1">
        <w:rPr>
          <w:rFonts w:ascii="Verdana" w:hAnsi="Verdana"/>
          <w:lang w:val="es-MX"/>
        </w:rPr>
        <w:t>Referencia:</w:t>
      </w:r>
      <w:r>
        <w:rPr>
          <w:rFonts w:ascii="Verdana" w:hAnsi="Verdana"/>
          <w:lang w:val="es-MX"/>
        </w:rPr>
        <w:t xml:space="preserve"> </w:t>
      </w:r>
      <w:r w:rsidRPr="00AC47D1">
        <w:rPr>
          <w:rFonts w:ascii="Verdana" w:hAnsi="Verdana"/>
          <w:lang w:val="es-MX"/>
        </w:rPr>
        <w:t>Proceso de Lesiones personales culposas</w:t>
      </w:r>
      <w:r w:rsidRPr="00AC47D1">
        <w:rPr>
          <w:rFonts w:ascii="Verdana" w:hAnsi="Verdana"/>
          <w:lang w:val="es-MX"/>
        </w:rPr>
        <w:br/>
      </w:r>
    </w:p>
    <w:p w14:paraId="2E7BF47F" w14:textId="77777777" w:rsidR="00FB4018" w:rsidRPr="00AC47D1" w:rsidRDefault="00AC47D1" w:rsidP="00AC47D1">
      <w:pPr>
        <w:jc w:val="both"/>
        <w:rPr>
          <w:rFonts w:ascii="Verdana" w:hAnsi="Verdana"/>
          <w:lang w:val="es-MX"/>
        </w:rPr>
      </w:pPr>
      <w:r w:rsidRPr="00AC47D1">
        <w:rPr>
          <w:rFonts w:ascii="Verdana" w:hAnsi="Verdana"/>
          <w:lang w:val="es-MX"/>
        </w:rPr>
        <w:t>Imputado: ____________________________</w:t>
      </w:r>
      <w:r w:rsidRPr="00AC47D1">
        <w:rPr>
          <w:rFonts w:ascii="Verdana" w:hAnsi="Verdana"/>
          <w:lang w:val="es-MX"/>
        </w:rPr>
        <w:br/>
        <w:t>Ofendido: ____________________________</w:t>
      </w:r>
      <w:r w:rsidRPr="00AC47D1">
        <w:rPr>
          <w:rFonts w:ascii="Verdana" w:hAnsi="Verdana"/>
          <w:lang w:val="es-MX"/>
        </w:rPr>
        <w:br/>
        <w:t>Radicación: ____________________________</w:t>
      </w:r>
      <w:r w:rsidRPr="00AC47D1">
        <w:rPr>
          <w:rFonts w:ascii="Verdana" w:hAnsi="Verdana"/>
          <w:lang w:val="es-MX"/>
        </w:rPr>
        <w:br/>
      </w:r>
    </w:p>
    <w:p w14:paraId="645F6E26" w14:textId="6F14FECB" w:rsidR="00FB4018" w:rsidRPr="00AC47D1" w:rsidRDefault="00AC47D1" w:rsidP="00AC47D1">
      <w:pPr>
        <w:jc w:val="both"/>
        <w:rPr>
          <w:rFonts w:ascii="Verdana" w:hAnsi="Verdana"/>
          <w:lang w:val="es-MX"/>
        </w:rPr>
      </w:pPr>
      <w:r w:rsidRPr="00AC47D1">
        <w:rPr>
          <w:rFonts w:ascii="Verdana" w:hAnsi="Verdana"/>
          <w:lang w:val="es-MX"/>
        </w:rPr>
        <w:t>__________________________, mayor de edad, identificado(a) como aparece al pie de mi firma, actuando en nombre propio, y en mi calidad de ofendido(a) en el accidente de tránsito que dio origen al proceso de la referencia, hechos en los cuales resulté con l</w:t>
      </w:r>
      <w:r w:rsidRPr="00AC47D1">
        <w:rPr>
          <w:rFonts w:ascii="Verdana" w:hAnsi="Verdana"/>
          <w:lang w:val="es-MX"/>
        </w:rPr>
        <w:t>esiones personales, libre y espontáneamente</w:t>
      </w:r>
      <w:r>
        <w:rPr>
          <w:rFonts w:ascii="Verdana" w:hAnsi="Verdana"/>
          <w:lang w:val="es-MX"/>
        </w:rPr>
        <w:tab/>
      </w:r>
      <w:r w:rsidRPr="00AC47D1">
        <w:rPr>
          <w:rFonts w:ascii="Verdana" w:hAnsi="Verdana"/>
          <w:lang w:val="es-MX"/>
        </w:rPr>
        <w:t>manifiesto:</w:t>
      </w:r>
      <w:r w:rsidRPr="00AC47D1">
        <w:rPr>
          <w:rFonts w:ascii="Verdana" w:hAnsi="Verdana"/>
          <w:lang w:val="es-MX"/>
        </w:rPr>
        <w:br/>
      </w:r>
    </w:p>
    <w:p w14:paraId="3C11829E" w14:textId="21E7FB03" w:rsidR="00FB4018" w:rsidRPr="00AC47D1" w:rsidRDefault="00AC47D1" w:rsidP="00AC47D1">
      <w:pPr>
        <w:jc w:val="both"/>
        <w:rPr>
          <w:rFonts w:ascii="Verdana" w:hAnsi="Verdana"/>
          <w:lang w:val="es-MX"/>
        </w:rPr>
      </w:pPr>
      <w:r w:rsidRPr="00AC47D1">
        <w:rPr>
          <w:rFonts w:ascii="Verdana" w:hAnsi="Verdana"/>
          <w:b/>
          <w:bCs/>
          <w:lang w:val="es-MX"/>
        </w:rPr>
        <w:t>PRIMERO:</w:t>
      </w:r>
      <w:r>
        <w:rPr>
          <w:rFonts w:ascii="Verdana" w:hAnsi="Verdana"/>
          <w:lang w:val="es-MX"/>
        </w:rPr>
        <w:t xml:space="preserve"> </w:t>
      </w:r>
      <w:r w:rsidRPr="00AC47D1">
        <w:rPr>
          <w:rFonts w:ascii="Verdana" w:hAnsi="Verdana"/>
          <w:lang w:val="es-MX"/>
        </w:rPr>
        <w:t>Que desisto de la Acción Civil a iniciarse y de formular querella, en contra de ____________________________, por los hechos en los cuales resulté con lesiones personales, y que usted invest</w:t>
      </w:r>
      <w:r w:rsidRPr="00AC47D1">
        <w:rPr>
          <w:rFonts w:ascii="Verdana" w:hAnsi="Verdana"/>
          <w:lang w:val="es-MX"/>
        </w:rPr>
        <w:t>iga en la actualidad.</w:t>
      </w:r>
    </w:p>
    <w:p w14:paraId="06CCC6F0" w14:textId="0DA3EEF6" w:rsidR="00FB4018" w:rsidRPr="00AC47D1" w:rsidRDefault="00AC47D1" w:rsidP="00AC47D1">
      <w:pPr>
        <w:jc w:val="both"/>
        <w:rPr>
          <w:rFonts w:ascii="Verdana" w:hAnsi="Verdana"/>
          <w:lang w:val="es-MX"/>
        </w:rPr>
      </w:pPr>
      <w:r w:rsidRPr="00AC47D1">
        <w:rPr>
          <w:rFonts w:ascii="Verdana" w:hAnsi="Verdana"/>
          <w:b/>
          <w:bCs/>
          <w:lang w:val="es-MX"/>
        </w:rPr>
        <w:t>SEGUNDO:</w:t>
      </w:r>
      <w:r>
        <w:rPr>
          <w:rFonts w:ascii="Verdana" w:hAnsi="Verdana"/>
          <w:lang w:val="es-MX"/>
        </w:rPr>
        <w:t xml:space="preserve"> </w:t>
      </w:r>
      <w:r w:rsidRPr="00AC47D1">
        <w:rPr>
          <w:rFonts w:ascii="Verdana" w:hAnsi="Verdana"/>
          <w:lang w:val="es-MX"/>
        </w:rPr>
        <w:t>De igual manera me permito desistir de la Acción Penal en curso en contra de ____________________________, por los hechos que alude el presente escrito.</w:t>
      </w:r>
    </w:p>
    <w:p w14:paraId="78F88900" w14:textId="2481CF16" w:rsidR="00FB4018" w:rsidRPr="00AC47D1" w:rsidRDefault="00AC47D1" w:rsidP="00AC47D1">
      <w:pPr>
        <w:jc w:val="both"/>
        <w:rPr>
          <w:rFonts w:ascii="Verdana" w:hAnsi="Verdana"/>
          <w:lang w:val="es-MX"/>
        </w:rPr>
      </w:pPr>
      <w:r w:rsidRPr="00AC47D1">
        <w:rPr>
          <w:rFonts w:ascii="Verdana" w:hAnsi="Verdana"/>
          <w:b/>
          <w:bCs/>
          <w:lang w:val="es-MX"/>
        </w:rPr>
        <w:t>TERCERO:</w:t>
      </w:r>
      <w:r>
        <w:rPr>
          <w:rFonts w:ascii="Verdana" w:hAnsi="Verdana"/>
          <w:lang w:val="es-MX"/>
        </w:rPr>
        <w:t xml:space="preserve"> </w:t>
      </w:r>
      <w:r w:rsidRPr="00AC47D1">
        <w:rPr>
          <w:rFonts w:ascii="Verdana" w:hAnsi="Verdana"/>
          <w:lang w:val="es-MX"/>
        </w:rPr>
        <w:t>El presente escrito desestima cualquier circunstancia de respon</w:t>
      </w:r>
      <w:r w:rsidRPr="00AC47D1">
        <w:rPr>
          <w:rFonts w:ascii="Verdana" w:hAnsi="Verdana"/>
          <w:lang w:val="es-MX"/>
        </w:rPr>
        <w:t>sabilidad en contra del sindicado, del Tercero Civilmente Responsable y de la compañía aseguradora correspondiente, teniendo en cuenta lo anterior declaro a Paz y Salvo y libre de posterior reclamación en contra de cualquiera de los sujetos descritos.</w:t>
      </w:r>
    </w:p>
    <w:p w14:paraId="71ACBE75" w14:textId="40E01342" w:rsidR="00FB4018" w:rsidRPr="00AC47D1" w:rsidRDefault="00AC47D1" w:rsidP="00AC47D1">
      <w:pPr>
        <w:jc w:val="both"/>
        <w:rPr>
          <w:rFonts w:ascii="Verdana" w:hAnsi="Verdana"/>
          <w:lang w:val="es-MX"/>
        </w:rPr>
      </w:pPr>
      <w:r w:rsidRPr="00AC47D1">
        <w:rPr>
          <w:rFonts w:ascii="Verdana" w:hAnsi="Verdana"/>
          <w:b/>
          <w:bCs/>
          <w:lang w:val="es-MX"/>
        </w:rPr>
        <w:t>CUAR</w:t>
      </w:r>
      <w:r w:rsidRPr="00AC47D1">
        <w:rPr>
          <w:rFonts w:ascii="Verdana" w:hAnsi="Verdana"/>
          <w:b/>
          <w:bCs/>
          <w:lang w:val="es-MX"/>
        </w:rPr>
        <w:t>TO:</w:t>
      </w:r>
      <w:r>
        <w:rPr>
          <w:rFonts w:ascii="Verdana" w:hAnsi="Verdana"/>
          <w:lang w:val="es-MX"/>
        </w:rPr>
        <w:t xml:space="preserve"> </w:t>
      </w:r>
      <w:r w:rsidRPr="00AC47D1">
        <w:rPr>
          <w:rFonts w:ascii="Verdana" w:hAnsi="Verdana"/>
          <w:lang w:val="es-MX"/>
        </w:rPr>
        <w:t>Me encuentro dispuesto(a) a ratificar estas afirmaciones ante su despacho si fuere del caso.</w:t>
      </w:r>
    </w:p>
    <w:p w14:paraId="0B137948" w14:textId="5B7BAE3A" w:rsidR="00FB4018" w:rsidRPr="00AC47D1" w:rsidRDefault="00AC47D1" w:rsidP="00AC47D1">
      <w:pPr>
        <w:jc w:val="both"/>
        <w:rPr>
          <w:rFonts w:ascii="Verdana" w:hAnsi="Verdana"/>
          <w:lang w:val="es-MX"/>
        </w:rPr>
      </w:pPr>
      <w:r w:rsidRPr="00AC47D1">
        <w:rPr>
          <w:rFonts w:ascii="Verdana" w:hAnsi="Verdana"/>
          <w:b/>
          <w:bCs/>
          <w:lang w:val="es-MX"/>
        </w:rPr>
        <w:t>QUINTO:</w:t>
      </w:r>
      <w:r>
        <w:rPr>
          <w:rFonts w:ascii="Verdana" w:hAnsi="Verdana"/>
          <w:lang w:val="es-MX"/>
        </w:rPr>
        <w:t xml:space="preserve"> </w:t>
      </w:r>
      <w:r w:rsidRPr="00AC47D1">
        <w:rPr>
          <w:rFonts w:ascii="Verdana" w:hAnsi="Verdana"/>
          <w:lang w:val="es-MX"/>
        </w:rPr>
        <w:t>De igual manera me permito solicitarle profiera resolución inhibitoria y se archiven las diligencias.</w:t>
      </w:r>
    </w:p>
    <w:p w14:paraId="05206C7E" w14:textId="1E99C812" w:rsidR="00FB4018" w:rsidRPr="00AC47D1" w:rsidRDefault="00AC47D1" w:rsidP="00AC47D1">
      <w:pPr>
        <w:jc w:val="both"/>
        <w:rPr>
          <w:rFonts w:ascii="Verdana" w:hAnsi="Verdana"/>
          <w:lang w:val="es-MX"/>
        </w:rPr>
      </w:pPr>
      <w:r w:rsidRPr="00AC47D1">
        <w:rPr>
          <w:rFonts w:ascii="Verdana" w:hAnsi="Verdana"/>
          <w:b/>
          <w:bCs/>
          <w:lang w:val="es-MX"/>
        </w:rPr>
        <w:t>SEXTO:</w:t>
      </w:r>
      <w:r>
        <w:rPr>
          <w:rFonts w:ascii="Verdana" w:hAnsi="Verdana"/>
          <w:lang w:val="es-MX"/>
        </w:rPr>
        <w:t xml:space="preserve"> </w:t>
      </w:r>
      <w:r w:rsidRPr="00AC47D1">
        <w:rPr>
          <w:rFonts w:ascii="Verdana" w:hAnsi="Verdana"/>
          <w:lang w:val="es-MX"/>
        </w:rPr>
        <w:t>Sírvase Señor Fiscal, ordenar el levantami</w:t>
      </w:r>
      <w:r w:rsidRPr="00AC47D1">
        <w:rPr>
          <w:rFonts w:ascii="Verdana" w:hAnsi="Verdana"/>
          <w:lang w:val="es-MX"/>
        </w:rPr>
        <w:t>ento de los pendientes judiciales que pesan sobre los vehículos involucrados en el accidente, cuyas características aparecen relacionadas en autos.</w:t>
      </w:r>
    </w:p>
    <w:p w14:paraId="47EECD21" w14:textId="77777777" w:rsidR="00FB4018" w:rsidRPr="00AC47D1" w:rsidRDefault="00AC47D1" w:rsidP="00AC47D1">
      <w:pPr>
        <w:rPr>
          <w:rFonts w:ascii="Verdana" w:hAnsi="Verdana"/>
          <w:lang w:val="es-MX"/>
        </w:rPr>
      </w:pPr>
      <w:r w:rsidRPr="00AC47D1">
        <w:rPr>
          <w:rFonts w:ascii="Verdana" w:hAnsi="Verdana"/>
          <w:lang w:val="es-MX"/>
        </w:rPr>
        <w:lastRenderedPageBreak/>
        <w:br/>
        <w:t>Atentamente,</w:t>
      </w:r>
      <w:r w:rsidRPr="00AC47D1">
        <w:rPr>
          <w:rFonts w:ascii="Verdana" w:hAnsi="Verdana"/>
          <w:lang w:val="es-MX"/>
        </w:rPr>
        <w:br/>
      </w:r>
      <w:r w:rsidRPr="00AC47D1">
        <w:rPr>
          <w:rFonts w:ascii="Verdana" w:hAnsi="Verdana"/>
          <w:lang w:val="es-MX"/>
        </w:rPr>
        <w:br/>
        <w:t>EL OFENDIDO</w:t>
      </w:r>
      <w:r w:rsidRPr="00AC47D1">
        <w:rPr>
          <w:rFonts w:ascii="Verdana" w:hAnsi="Verdana"/>
          <w:lang w:val="es-MX"/>
        </w:rPr>
        <w:br/>
        <w:t>__________________________</w:t>
      </w:r>
      <w:r w:rsidRPr="00AC47D1">
        <w:rPr>
          <w:rFonts w:ascii="Verdana" w:hAnsi="Verdana"/>
          <w:lang w:val="es-MX"/>
        </w:rPr>
        <w:br/>
        <w:t>C.C. ____________________</w:t>
      </w:r>
      <w:r w:rsidRPr="00AC47D1">
        <w:rPr>
          <w:rFonts w:ascii="Verdana" w:hAnsi="Verdana"/>
          <w:lang w:val="es-MX"/>
        </w:rPr>
        <w:br/>
      </w:r>
      <w:r w:rsidRPr="00AC47D1">
        <w:rPr>
          <w:rFonts w:ascii="Verdana" w:hAnsi="Verdana"/>
          <w:lang w:val="es-MX"/>
        </w:rPr>
        <w:br/>
        <w:t>IMPUTADO</w:t>
      </w:r>
      <w:r w:rsidRPr="00AC47D1">
        <w:rPr>
          <w:rFonts w:ascii="Verdana" w:hAnsi="Verdana"/>
          <w:lang w:val="es-MX"/>
        </w:rPr>
        <w:br/>
        <w:t>__________________</w:t>
      </w:r>
      <w:r w:rsidRPr="00AC47D1">
        <w:rPr>
          <w:rFonts w:ascii="Verdana" w:hAnsi="Verdana"/>
          <w:lang w:val="es-MX"/>
        </w:rPr>
        <w:t>________</w:t>
      </w:r>
      <w:r w:rsidRPr="00AC47D1">
        <w:rPr>
          <w:rFonts w:ascii="Verdana" w:hAnsi="Verdana"/>
          <w:lang w:val="es-MX"/>
        </w:rPr>
        <w:br/>
        <w:t>C.C. ____________________</w:t>
      </w:r>
    </w:p>
    <w:sectPr w:rsidR="00FB4018" w:rsidRPr="00AC47D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AA1D8D"/>
    <w:rsid w:val="00AC47D1"/>
    <w:rsid w:val="00B47730"/>
    <w:rsid w:val="00CB0664"/>
    <w:rsid w:val="00FB401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725823"/>
  <w14:defaultImageDpi w14:val="300"/>
  <w15:docId w15:val="{6166AD46-C12B-4056-A7C1-0FA50B758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AZC</cp:lastModifiedBy>
  <cp:revision>2</cp:revision>
  <dcterms:created xsi:type="dcterms:W3CDTF">2025-09-08T22:31:00Z</dcterms:created>
  <dcterms:modified xsi:type="dcterms:W3CDTF">2025-09-08T22:31:00Z</dcterms:modified>
  <cp:category/>
</cp:coreProperties>
</file>