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7644F1" w14:textId="63B238EF" w:rsidR="00DF1E01" w:rsidRDefault="00BC328D" w:rsidP="00BC328D">
      <w:pPr>
        <w:pStyle w:val="Ttulo1"/>
        <w:jc w:val="center"/>
        <w:rPr>
          <w:rFonts w:ascii="Verdana" w:hAnsi="Verdana"/>
          <w:sz w:val="22"/>
          <w:szCs w:val="22"/>
          <w:lang w:val="es-MX"/>
        </w:rPr>
      </w:pPr>
      <w:r w:rsidRPr="00BC328D">
        <w:rPr>
          <w:rFonts w:ascii="Verdana" w:hAnsi="Verdana"/>
          <w:sz w:val="22"/>
          <w:szCs w:val="22"/>
          <w:lang w:val="es-MX"/>
        </w:rPr>
        <w:t>CONTRATO DE TRANSACCIÓN LESIONES Y/O MUERTE</w:t>
      </w:r>
    </w:p>
    <w:p w14:paraId="473F07AF" w14:textId="77777777" w:rsidR="00BC328D" w:rsidRPr="00BC328D" w:rsidRDefault="00BC328D" w:rsidP="00BC328D">
      <w:pPr>
        <w:rPr>
          <w:lang w:val="es-MX"/>
        </w:rPr>
      </w:pPr>
    </w:p>
    <w:p w14:paraId="463F99C8" w14:textId="77777777" w:rsidR="00DF1E01" w:rsidRPr="00BC328D" w:rsidRDefault="00BC328D" w:rsidP="00A67338">
      <w:pPr>
        <w:jc w:val="center"/>
        <w:rPr>
          <w:rFonts w:ascii="Verdana" w:hAnsi="Verdana"/>
          <w:b/>
          <w:bCs/>
          <w:lang w:val="es-MX"/>
        </w:rPr>
      </w:pPr>
      <w:r w:rsidRPr="00BC328D">
        <w:rPr>
          <w:rFonts w:ascii="Verdana" w:hAnsi="Verdana"/>
          <w:b/>
          <w:bCs/>
          <w:lang w:val="es-MX"/>
        </w:rPr>
        <w:t>(PLACA Nro. _______</w:t>
      </w:r>
      <w:proofErr w:type="gramStart"/>
      <w:r w:rsidRPr="00BC328D">
        <w:rPr>
          <w:rFonts w:ascii="Verdana" w:hAnsi="Verdana"/>
          <w:b/>
          <w:bCs/>
          <w:lang w:val="es-MX"/>
        </w:rPr>
        <w:t>_  RECLAMACIÓN</w:t>
      </w:r>
      <w:proofErr w:type="gramEnd"/>
      <w:r w:rsidRPr="00BC328D">
        <w:rPr>
          <w:rFonts w:ascii="Verdana" w:hAnsi="Verdana"/>
          <w:b/>
          <w:bCs/>
          <w:lang w:val="es-MX"/>
        </w:rPr>
        <w:t xml:space="preserve"> Nro. _________)</w:t>
      </w:r>
      <w:r w:rsidRPr="00BC328D">
        <w:rPr>
          <w:rFonts w:ascii="Verdana" w:hAnsi="Verdana"/>
          <w:b/>
          <w:bCs/>
          <w:lang w:val="es-MX"/>
        </w:rPr>
        <w:br/>
      </w:r>
      <w:r w:rsidRPr="00BC328D">
        <w:rPr>
          <w:rFonts w:ascii="Verdana" w:hAnsi="Verdana"/>
          <w:b/>
          <w:bCs/>
          <w:lang w:val="es-MX"/>
        </w:rPr>
        <w:br/>
      </w:r>
    </w:p>
    <w:p w14:paraId="10FB6B65" w14:textId="77777777" w:rsidR="00DF1E01" w:rsidRPr="00BC328D" w:rsidRDefault="00BC328D" w:rsidP="00BC328D">
      <w:pPr>
        <w:jc w:val="both"/>
        <w:rPr>
          <w:rFonts w:ascii="Verdana" w:hAnsi="Verdana"/>
          <w:lang w:val="es-MX"/>
        </w:rPr>
      </w:pPr>
      <w:r w:rsidRPr="00BC328D">
        <w:rPr>
          <w:rFonts w:ascii="Verdana" w:hAnsi="Verdana"/>
          <w:lang w:val="es-MX"/>
        </w:rPr>
        <w:t>Entre ____________________, en calidad de LA ASEGURADORA (o la parte obligada al pago), el asegurado __________________, que en adelante se llamará EL ASEGURADO, el tomador __________________, que en adelante se llamará EL TOMADOR, el conductor del vehículo asegurado __________________, que en adelante se llamará EL CONDUCTOR, y _________________________ en calidad de víctima directa y _______________ en calidad de apoderada, que en adelante se llamarán LOS RECLAMANTES, se ha celebrado un contrato de transacción que se regirá por las cláusulas aquí descritas, previos los siguientes antecedentes:</w:t>
      </w:r>
      <w:r w:rsidRPr="00BC328D">
        <w:rPr>
          <w:rFonts w:ascii="Verdana" w:hAnsi="Verdana"/>
          <w:lang w:val="es-MX"/>
        </w:rPr>
        <w:br/>
      </w:r>
    </w:p>
    <w:p w14:paraId="1853BE16" w14:textId="77777777" w:rsidR="00DF1E01" w:rsidRPr="00BC328D" w:rsidRDefault="00BC328D" w:rsidP="00BC328D">
      <w:pPr>
        <w:jc w:val="both"/>
        <w:rPr>
          <w:rFonts w:ascii="Verdana" w:hAnsi="Verdana"/>
          <w:lang w:val="es-MX"/>
        </w:rPr>
      </w:pPr>
      <w:r w:rsidRPr="00BC328D">
        <w:rPr>
          <w:rFonts w:ascii="Verdana" w:hAnsi="Verdana"/>
          <w:b/>
          <w:bCs/>
          <w:lang w:val="es-MX"/>
        </w:rPr>
        <w:t xml:space="preserve">PRIMERO. </w:t>
      </w:r>
      <w:r w:rsidRPr="00BC328D">
        <w:rPr>
          <w:rFonts w:ascii="Verdana" w:hAnsi="Verdana"/>
          <w:lang w:val="es-MX"/>
        </w:rPr>
        <w:t>El día _____________ el vehículo de placas __________ conducido por el señor _____________ EL CONDUCTOR, colisionó en la ___________ en la ciudad de _______, resultando afectado el señor ____________________.</w:t>
      </w:r>
    </w:p>
    <w:p w14:paraId="5FB014E7" w14:textId="77777777" w:rsidR="00DF1E01" w:rsidRPr="00BC328D" w:rsidRDefault="00BC328D" w:rsidP="00BC328D">
      <w:pPr>
        <w:jc w:val="both"/>
        <w:rPr>
          <w:rFonts w:ascii="Verdana" w:hAnsi="Verdana"/>
          <w:lang w:val="es-MX"/>
        </w:rPr>
      </w:pPr>
      <w:r w:rsidRPr="00BC328D">
        <w:rPr>
          <w:rFonts w:ascii="Verdana" w:hAnsi="Verdana"/>
          <w:b/>
          <w:bCs/>
          <w:lang w:val="es-MX"/>
        </w:rPr>
        <w:t>SEGUNDO.</w:t>
      </w:r>
      <w:r w:rsidRPr="00BC328D">
        <w:rPr>
          <w:rFonts w:ascii="Verdana" w:hAnsi="Verdana"/>
          <w:lang w:val="es-MX"/>
        </w:rPr>
        <w:t xml:space="preserve"> El vehículo de placas ________ se encontraba al momento de los hechos asegurado mediante la Póliza ____________ Nro. _________________ con la compañía correspondiente.</w:t>
      </w:r>
    </w:p>
    <w:p w14:paraId="011EC3A1" w14:textId="77777777" w:rsidR="00DF1E01" w:rsidRPr="00BC328D" w:rsidRDefault="00BC328D" w:rsidP="00BC328D">
      <w:pPr>
        <w:jc w:val="both"/>
        <w:rPr>
          <w:rFonts w:ascii="Verdana" w:hAnsi="Verdana"/>
          <w:lang w:val="es-MX"/>
        </w:rPr>
      </w:pPr>
      <w:r w:rsidRPr="00BC328D">
        <w:rPr>
          <w:rFonts w:ascii="Verdana" w:hAnsi="Verdana"/>
          <w:b/>
          <w:bCs/>
          <w:lang w:val="es-MX"/>
        </w:rPr>
        <w:t>TERCERO</w:t>
      </w:r>
      <w:r w:rsidRPr="00BC328D">
        <w:rPr>
          <w:rFonts w:ascii="Verdana" w:hAnsi="Verdana"/>
          <w:lang w:val="es-MX"/>
        </w:rPr>
        <w:t>. Las partes llegaron a un acuerdo que queda plasmado en el presente contrato de transacción, que pone fin a cualquier controversia y evita cualquier tipo de litigio o reclamación que tenga su causa en los hechos anteriormente narrados y que está regido por las siguientes:</w:t>
      </w:r>
    </w:p>
    <w:p w14:paraId="1443A592" w14:textId="58169CC4" w:rsidR="00DF1E01" w:rsidRDefault="00BC328D" w:rsidP="00BC328D">
      <w:pPr>
        <w:pStyle w:val="Ttulo2"/>
        <w:jc w:val="center"/>
        <w:rPr>
          <w:rFonts w:ascii="Verdana" w:hAnsi="Verdana"/>
          <w:sz w:val="22"/>
          <w:szCs w:val="22"/>
          <w:lang w:val="es-MX"/>
        </w:rPr>
      </w:pPr>
      <w:r w:rsidRPr="00BC328D">
        <w:rPr>
          <w:rFonts w:ascii="Verdana" w:hAnsi="Verdana"/>
          <w:sz w:val="22"/>
          <w:szCs w:val="22"/>
          <w:lang w:val="es-MX"/>
        </w:rPr>
        <w:t>CLÁUSULAS</w:t>
      </w:r>
    </w:p>
    <w:p w14:paraId="7688DD06" w14:textId="77777777" w:rsidR="00BC328D" w:rsidRPr="00BC328D" w:rsidRDefault="00BC328D" w:rsidP="00BC328D">
      <w:pPr>
        <w:rPr>
          <w:lang w:val="es-MX"/>
        </w:rPr>
      </w:pPr>
    </w:p>
    <w:p w14:paraId="0233A0B8" w14:textId="77777777" w:rsidR="00DF1E01" w:rsidRPr="00BC328D" w:rsidRDefault="00BC328D" w:rsidP="00BC328D">
      <w:pPr>
        <w:jc w:val="both"/>
        <w:rPr>
          <w:rFonts w:ascii="Verdana" w:hAnsi="Verdana"/>
          <w:lang w:val="es-MX"/>
        </w:rPr>
      </w:pPr>
      <w:r w:rsidRPr="00BC328D">
        <w:rPr>
          <w:rFonts w:ascii="Verdana" w:hAnsi="Verdana"/>
          <w:b/>
          <w:bCs/>
          <w:lang w:val="es-MX"/>
        </w:rPr>
        <w:t>PRIMERA</w:t>
      </w:r>
      <w:r w:rsidRPr="00BC328D">
        <w:rPr>
          <w:rFonts w:ascii="Verdana" w:hAnsi="Verdana"/>
          <w:lang w:val="es-MX"/>
        </w:rPr>
        <w:t>. Con ánimo conciliatorio entre las partes, a fin de evitar la existencia de conflictos futuros relacionados con los hechos ocurridos y sin que este acuerdo implique reconocimiento alguno de responsabilidad contractual o extracontractual, LA ASEGURADORA (o la parte obligada al pago) se compromete a pagar a modo de indemnización al RECLAMANTE la suma total, única y definitiva de _______________________________.</w:t>
      </w:r>
    </w:p>
    <w:p w14:paraId="11A9672F" w14:textId="77777777" w:rsidR="00DF1E01" w:rsidRPr="00BC328D" w:rsidRDefault="00BC328D" w:rsidP="00BC328D">
      <w:pPr>
        <w:jc w:val="both"/>
        <w:rPr>
          <w:rFonts w:ascii="Verdana" w:hAnsi="Verdana"/>
          <w:lang w:val="es-MX"/>
        </w:rPr>
      </w:pPr>
      <w:r w:rsidRPr="00BC328D">
        <w:rPr>
          <w:rFonts w:ascii="Verdana" w:hAnsi="Verdana"/>
          <w:b/>
          <w:bCs/>
          <w:lang w:val="es-MX"/>
        </w:rPr>
        <w:lastRenderedPageBreak/>
        <w:t>SEGUNDA.</w:t>
      </w:r>
      <w:r w:rsidRPr="00BC328D">
        <w:rPr>
          <w:rFonts w:ascii="Verdana" w:hAnsi="Verdana"/>
          <w:lang w:val="es-MX"/>
        </w:rPr>
        <w:t xml:space="preserve"> La transacción aquí estipulada comprende todos los perjuicios patrimoniales, materiales, daño emergente, lucro cesante, intereses corrientes, moratorios e indexación de la moneda, cualquier tipo de compensación moratoria, que se haya podido causar y perjuicios extrapatrimoniales, morales, fisiológicos, estéticos, de vida y relación, daño a la salud, alteración grave a las condiciones de existencia y todos aquellos derivados de una consecuencia de pérdida de oportunidad, según aplique en el caso concreto. Así como los perjuicios, pasados, presentes y futuros, directos, indirectos y cualquier otro perjuicio que pudiera derivarse de los hechos aludidos en los antecedentes.</w:t>
      </w:r>
    </w:p>
    <w:p w14:paraId="2AE837FA" w14:textId="77777777" w:rsidR="00DF1E01" w:rsidRPr="00BC328D" w:rsidRDefault="00BC328D" w:rsidP="00BC328D">
      <w:pPr>
        <w:jc w:val="both"/>
        <w:rPr>
          <w:rFonts w:ascii="Verdana" w:hAnsi="Verdana"/>
          <w:lang w:val="es-MX"/>
        </w:rPr>
      </w:pPr>
      <w:r w:rsidRPr="00BC328D">
        <w:rPr>
          <w:rFonts w:ascii="Verdana" w:hAnsi="Verdana"/>
          <w:b/>
          <w:bCs/>
          <w:lang w:val="es-MX"/>
        </w:rPr>
        <w:t>TERCERA.</w:t>
      </w:r>
      <w:r w:rsidRPr="00BC328D">
        <w:rPr>
          <w:rFonts w:ascii="Verdana" w:hAnsi="Verdana"/>
          <w:lang w:val="es-MX"/>
        </w:rPr>
        <w:t xml:space="preserve"> DESISTIMIENTO. EL RECLAMANTE renuncia a toda acción judicial o extrajudicial, que se hayan iniciado o pudieran iniciarse, relacionados con dicho accidente. Se declara además a paz y salvo por todo concepto y manifiesta de manera libre y voluntaria que desiste y no se opone a precluir, cualquier acción penal, civil y administrativa, en contra de EL ASEGURADO, EL TOMADOR, EL CONDUCTOR y LA ASEGURADORA.</w:t>
      </w:r>
    </w:p>
    <w:p w14:paraId="29B84601" w14:textId="77777777" w:rsidR="00DF1E01" w:rsidRPr="00BC328D" w:rsidRDefault="00BC328D" w:rsidP="00BC328D">
      <w:pPr>
        <w:jc w:val="both"/>
        <w:rPr>
          <w:rFonts w:ascii="Verdana" w:hAnsi="Verdana"/>
          <w:lang w:val="es-MX"/>
        </w:rPr>
      </w:pPr>
      <w:r w:rsidRPr="00BC328D">
        <w:rPr>
          <w:rFonts w:ascii="Verdana" w:hAnsi="Verdana"/>
          <w:lang w:val="es-MX"/>
        </w:rPr>
        <w:t>Parágrafo: EL RECLAMANTE se compromete a realizar todos los trámites necesarios para la extinción de la acción penal que actualmente se encuentre en curso y a la terminación de cualquier otro proceso judicial que haya iniciado y que tenga relación con los hechos narrados en los antecedentes. Manifiesta que una vez realizado el pago no se opondrá a que la autoridad judicial competente proceda a realizar la entrega definitiva del vehículo involucrado en los hechos, indicando que manifiesta su desinterés en asistir a la audiencia y por tanto autoriza que la misma se realice sin su presencia y avala el levantamiento de cualquier medida cautelar impuesta sobre el patrimonio de los aquí involucrados.</w:t>
      </w:r>
    </w:p>
    <w:p w14:paraId="1D625DD5" w14:textId="77777777" w:rsidR="00DF1E01" w:rsidRPr="00BC328D" w:rsidRDefault="00BC328D" w:rsidP="00BC328D">
      <w:pPr>
        <w:jc w:val="both"/>
        <w:rPr>
          <w:rFonts w:ascii="Verdana" w:hAnsi="Verdana"/>
          <w:lang w:val="es-MX"/>
        </w:rPr>
      </w:pPr>
      <w:r w:rsidRPr="00BC328D">
        <w:rPr>
          <w:rFonts w:ascii="Verdana" w:hAnsi="Verdana"/>
          <w:b/>
          <w:bCs/>
          <w:lang w:val="es-MX"/>
        </w:rPr>
        <w:t>CUARTA.</w:t>
      </w:r>
      <w:r w:rsidRPr="00BC328D">
        <w:rPr>
          <w:rFonts w:ascii="Verdana" w:hAnsi="Verdana"/>
          <w:lang w:val="es-MX"/>
        </w:rPr>
        <w:t xml:space="preserve"> FORMA DE PAGO. Las partes de común acuerdo establecen que, LA ASEGURADORA (o la parte obligada al pago) cancelará al RECLAMANTE la suma de dinero mencionada en la primera cláusula de este contrato, dentro de los cinco (05) días hábiles siguientes, contados a partir del momento en que el presente contrato de transacción se entregue a la parte obligada, luego de haber sido firmado ante notario por las partes. El pago se realizará a nombre del RECLAMANTE _____________________.</w:t>
      </w:r>
    </w:p>
    <w:p w14:paraId="61B67ED2" w14:textId="77777777" w:rsidR="00DF1E01" w:rsidRPr="00BC328D" w:rsidRDefault="00BC328D" w:rsidP="00BC328D">
      <w:pPr>
        <w:jc w:val="both"/>
        <w:rPr>
          <w:rFonts w:ascii="Verdana" w:hAnsi="Verdana"/>
          <w:lang w:val="es-MX"/>
        </w:rPr>
      </w:pPr>
      <w:r w:rsidRPr="00BC328D">
        <w:rPr>
          <w:rFonts w:ascii="Verdana" w:hAnsi="Verdana"/>
          <w:b/>
          <w:bCs/>
          <w:lang w:val="es-MX"/>
        </w:rPr>
        <w:t>QUINTA.</w:t>
      </w:r>
      <w:r w:rsidRPr="00BC328D">
        <w:rPr>
          <w:rFonts w:ascii="Verdana" w:hAnsi="Verdana"/>
          <w:lang w:val="es-MX"/>
        </w:rPr>
        <w:t xml:space="preserve"> Las calidades jurídicas han sido acreditadas por LOS RECLAMANTES, manifestando de manera expresa que en el evento de presentarse cualquier persona con igual o mejor derecho a reclamar los perjuicios que son objeto de este contrato de transacción, LOS RECLAMANTES asumirán la reparación e indemnización de todos los derechos a los que hubiere lugar, dejando en todo caso indemnes a los demás intervinientes en este contrato quienes en todo </w:t>
      </w:r>
      <w:r w:rsidRPr="00BC328D">
        <w:rPr>
          <w:rFonts w:ascii="Verdana" w:hAnsi="Verdana"/>
          <w:lang w:val="es-MX"/>
        </w:rPr>
        <w:lastRenderedPageBreak/>
        <w:t>caso realizan el pago de la indemnización integral objeto del presente instrumento.</w:t>
      </w:r>
    </w:p>
    <w:p w14:paraId="312C1698" w14:textId="77777777" w:rsidR="00DF1E01" w:rsidRPr="00BC328D" w:rsidRDefault="00BC328D" w:rsidP="00BC328D">
      <w:pPr>
        <w:jc w:val="both"/>
        <w:rPr>
          <w:rFonts w:ascii="Verdana" w:hAnsi="Verdana"/>
          <w:lang w:val="es-MX"/>
        </w:rPr>
      </w:pPr>
      <w:r w:rsidRPr="00BC328D">
        <w:rPr>
          <w:rFonts w:ascii="Verdana" w:hAnsi="Verdana"/>
          <w:b/>
          <w:bCs/>
          <w:lang w:val="es-MX"/>
        </w:rPr>
        <w:t>SEXTA.</w:t>
      </w:r>
      <w:r w:rsidRPr="00BC328D">
        <w:rPr>
          <w:rFonts w:ascii="Verdana" w:hAnsi="Verdana"/>
          <w:lang w:val="es-MX"/>
        </w:rPr>
        <w:t xml:space="preserve"> COSA JUZGADA. Con fundamento en lo anterior y de acuerdo con lo dispuesto por el artículo 2483 del Código Civil, este documento se considera Cosa Juzgada y desde ahora el RECLAMANTE renuncia a ejercer cualquier pretensión o cobro, judicial o extrajudicial, en contra de LA ASEGURADORA, EL ASEGURADO, EL TOMADOR y EL CONDUCTOR ASEGURADO.</w:t>
      </w:r>
    </w:p>
    <w:p w14:paraId="036B8E5A" w14:textId="77777777" w:rsidR="00DF1E01" w:rsidRPr="00BC328D" w:rsidRDefault="00BC328D" w:rsidP="00BC328D">
      <w:pPr>
        <w:jc w:val="both"/>
        <w:rPr>
          <w:rFonts w:ascii="Verdana" w:hAnsi="Verdana"/>
          <w:lang w:val="es-MX"/>
        </w:rPr>
      </w:pPr>
      <w:r w:rsidRPr="00BC328D">
        <w:rPr>
          <w:rFonts w:ascii="Verdana" w:hAnsi="Verdana"/>
          <w:b/>
          <w:bCs/>
          <w:lang w:val="es-MX"/>
        </w:rPr>
        <w:t>SÉPTIMA.</w:t>
      </w:r>
      <w:r w:rsidRPr="00BC328D">
        <w:rPr>
          <w:rFonts w:ascii="Verdana" w:hAnsi="Verdana"/>
          <w:lang w:val="es-MX"/>
        </w:rPr>
        <w:t xml:space="preserve"> De conformidad con lo establecido en las respectivas disposiciones legales, este acuerdo indemnizatorio tiene mérito ejecutivo y por lo tanto se puede exigir el cumplimiento de las obligaciones que contiene por medio de las acciones legales establecidas para tal efecto.</w:t>
      </w:r>
    </w:p>
    <w:p w14:paraId="5040D0F6" w14:textId="42889741" w:rsidR="00DF1E01" w:rsidRPr="00BC328D" w:rsidRDefault="00BC328D" w:rsidP="00BC328D">
      <w:pPr>
        <w:jc w:val="both"/>
        <w:rPr>
          <w:rFonts w:ascii="Verdana" w:hAnsi="Verdana"/>
          <w:lang w:val="es-MX"/>
        </w:rPr>
      </w:pPr>
      <w:r w:rsidRPr="00BC328D">
        <w:rPr>
          <w:rFonts w:ascii="Verdana" w:hAnsi="Verdana"/>
          <w:lang w:val="es-MX"/>
        </w:rPr>
        <w:br/>
        <w:t xml:space="preserve">Para constancia y en señal de aceptación, se firma original y copia en la ciudad de ______________________, a los ____ días del mes de ______________ </w:t>
      </w:r>
      <w:proofErr w:type="spellStart"/>
      <w:r w:rsidRPr="00BC328D">
        <w:rPr>
          <w:rFonts w:ascii="Verdana" w:hAnsi="Verdana"/>
          <w:lang w:val="es-MX"/>
        </w:rPr>
        <w:t>de</w:t>
      </w:r>
      <w:proofErr w:type="spellEnd"/>
      <w:r w:rsidRPr="00BC328D">
        <w:rPr>
          <w:rFonts w:ascii="Verdana" w:hAnsi="Verdana"/>
          <w:lang w:val="es-MX"/>
        </w:rPr>
        <w:t xml:space="preserve"> ______.</w:t>
      </w:r>
      <w:r w:rsidRPr="00BC328D">
        <w:rPr>
          <w:rFonts w:ascii="Verdana" w:hAnsi="Verdana"/>
          <w:lang w:val="es-MX"/>
        </w:rPr>
        <w:br/>
      </w:r>
    </w:p>
    <w:p w14:paraId="619D4508" w14:textId="499DB72A" w:rsidR="00DF1E01" w:rsidRPr="00BC328D" w:rsidRDefault="00BC328D" w:rsidP="00BC328D">
      <w:pPr>
        <w:rPr>
          <w:rFonts w:ascii="Verdana" w:hAnsi="Verdana"/>
          <w:lang w:val="es-MX"/>
        </w:rPr>
      </w:pPr>
      <w:r w:rsidRPr="00BC328D">
        <w:rPr>
          <w:rFonts w:ascii="Verdana" w:hAnsi="Verdana"/>
          <w:lang w:val="es-MX"/>
        </w:rPr>
        <w:t>LA ASEGURADORA / PARTE OBLIGADA</w:t>
      </w:r>
      <w:r w:rsidRPr="00BC328D">
        <w:rPr>
          <w:rFonts w:ascii="Verdana" w:hAnsi="Verdana"/>
          <w:lang w:val="es-MX"/>
        </w:rPr>
        <w:br/>
      </w:r>
      <w:r w:rsidRPr="00BC328D">
        <w:rPr>
          <w:rFonts w:ascii="Verdana" w:hAnsi="Verdana"/>
          <w:lang w:val="es-MX"/>
        </w:rPr>
        <w:br/>
        <w:t>__________________________</w:t>
      </w:r>
      <w:r w:rsidRPr="00BC328D">
        <w:rPr>
          <w:rFonts w:ascii="Verdana" w:hAnsi="Verdana"/>
          <w:lang w:val="es-MX"/>
        </w:rPr>
        <w:br/>
      </w:r>
      <w:r w:rsidRPr="00BC328D">
        <w:rPr>
          <w:rFonts w:ascii="Verdana" w:hAnsi="Verdana"/>
          <w:lang w:val="es-MX"/>
        </w:rPr>
        <w:br/>
        <w:t>EL RECLAMANTE</w:t>
      </w:r>
      <w:r w:rsidRPr="00BC328D">
        <w:rPr>
          <w:rFonts w:ascii="Verdana" w:hAnsi="Verdana"/>
          <w:lang w:val="es-MX"/>
        </w:rPr>
        <w:br/>
      </w:r>
      <w:r w:rsidRPr="00BC328D">
        <w:rPr>
          <w:rFonts w:ascii="Verdana" w:hAnsi="Verdana"/>
          <w:lang w:val="es-MX"/>
        </w:rPr>
        <w:br/>
        <w:t>__________________________</w:t>
      </w:r>
      <w:r w:rsidRPr="00BC328D">
        <w:rPr>
          <w:rFonts w:ascii="Verdana" w:hAnsi="Verdana"/>
          <w:lang w:val="es-MX"/>
        </w:rPr>
        <w:br/>
      </w:r>
      <w:r w:rsidRPr="00BC328D">
        <w:rPr>
          <w:rFonts w:ascii="Verdana" w:hAnsi="Verdana"/>
          <w:lang w:val="es-MX"/>
        </w:rPr>
        <w:br/>
        <w:t>APODERADA</w:t>
      </w:r>
      <w:r>
        <w:rPr>
          <w:rFonts w:ascii="Verdana" w:hAnsi="Verdana"/>
          <w:lang w:val="es-MX"/>
        </w:rPr>
        <w:t>(O)</w:t>
      </w:r>
      <w:r w:rsidRPr="00BC328D">
        <w:rPr>
          <w:rFonts w:ascii="Verdana" w:hAnsi="Verdana"/>
          <w:lang w:val="es-MX"/>
        </w:rPr>
        <w:br/>
      </w:r>
      <w:r w:rsidRPr="00BC328D">
        <w:rPr>
          <w:rFonts w:ascii="Verdana" w:hAnsi="Verdana"/>
          <w:lang w:val="es-MX"/>
        </w:rPr>
        <w:br/>
        <w:t>__________________________</w:t>
      </w:r>
      <w:r w:rsidRPr="00BC328D">
        <w:rPr>
          <w:rFonts w:ascii="Verdana" w:hAnsi="Verdana"/>
          <w:lang w:val="es-MX"/>
        </w:rPr>
        <w:br/>
      </w:r>
      <w:r w:rsidRPr="00BC328D">
        <w:rPr>
          <w:rFonts w:ascii="Verdana" w:hAnsi="Verdana"/>
          <w:lang w:val="es-MX"/>
        </w:rPr>
        <w:br/>
        <w:t>EL ASEGURADO</w:t>
      </w:r>
      <w:r w:rsidRPr="00BC328D">
        <w:rPr>
          <w:rFonts w:ascii="Verdana" w:hAnsi="Verdana"/>
          <w:lang w:val="es-MX"/>
        </w:rPr>
        <w:br/>
      </w:r>
      <w:r w:rsidRPr="00BC328D">
        <w:rPr>
          <w:rFonts w:ascii="Verdana" w:hAnsi="Verdana"/>
          <w:lang w:val="es-MX"/>
        </w:rPr>
        <w:br/>
        <w:t>__________________________</w:t>
      </w:r>
      <w:r w:rsidRPr="00BC328D">
        <w:rPr>
          <w:rFonts w:ascii="Verdana" w:hAnsi="Verdana"/>
          <w:lang w:val="es-MX"/>
        </w:rPr>
        <w:br/>
      </w:r>
      <w:r w:rsidRPr="00BC328D">
        <w:rPr>
          <w:rFonts w:ascii="Verdana" w:hAnsi="Verdana"/>
          <w:lang w:val="es-MX"/>
        </w:rPr>
        <w:br/>
        <w:t>EL TOMADOR</w:t>
      </w:r>
      <w:r w:rsidRPr="00BC328D">
        <w:rPr>
          <w:rFonts w:ascii="Verdana" w:hAnsi="Verdana"/>
          <w:lang w:val="es-MX"/>
        </w:rPr>
        <w:br/>
      </w:r>
      <w:r w:rsidRPr="00BC328D">
        <w:rPr>
          <w:rFonts w:ascii="Verdana" w:hAnsi="Verdana"/>
          <w:lang w:val="es-MX"/>
        </w:rPr>
        <w:br/>
        <w:t>__________________________</w:t>
      </w:r>
      <w:r w:rsidRPr="00BC328D">
        <w:rPr>
          <w:rFonts w:ascii="Verdana" w:hAnsi="Verdana"/>
          <w:lang w:val="es-MX"/>
        </w:rPr>
        <w:br/>
      </w:r>
      <w:r w:rsidRPr="00BC328D">
        <w:rPr>
          <w:rFonts w:ascii="Verdana" w:hAnsi="Verdana"/>
          <w:lang w:val="es-MX"/>
        </w:rPr>
        <w:br/>
        <w:t>EL CONDUCTOR</w:t>
      </w:r>
      <w:r w:rsidRPr="00BC328D">
        <w:rPr>
          <w:rFonts w:ascii="Verdana" w:hAnsi="Verdana"/>
          <w:lang w:val="es-MX"/>
        </w:rPr>
        <w:br/>
      </w:r>
      <w:r w:rsidRPr="00BC328D">
        <w:rPr>
          <w:rFonts w:ascii="Verdana" w:hAnsi="Verdana"/>
          <w:lang w:val="es-MX"/>
        </w:rPr>
        <w:br/>
        <w:t>__________________________</w:t>
      </w:r>
    </w:p>
    <w:sectPr w:rsidR="00DF1E01" w:rsidRPr="00BC328D"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326F90"/>
    <w:rsid w:val="00A67338"/>
    <w:rsid w:val="00AA1D8D"/>
    <w:rsid w:val="00B47730"/>
    <w:rsid w:val="00BC328D"/>
    <w:rsid w:val="00CB0664"/>
    <w:rsid w:val="00DF1E01"/>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37497A8"/>
  <w14:defaultImageDpi w14:val="300"/>
  <w15:docId w15:val="{6166AD46-C12B-4056-A7C1-0FA50B7589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Ttulo1">
    <w:name w:val="heading 1"/>
    <w:basedOn w:val="Normal"/>
    <w:next w:val="Normal"/>
    <w:link w:val="Ttulo1C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848</Words>
  <Characters>4840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5677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AZC</cp:lastModifiedBy>
  <cp:revision>3</cp:revision>
  <dcterms:created xsi:type="dcterms:W3CDTF">2025-09-08T22:30:00Z</dcterms:created>
  <dcterms:modified xsi:type="dcterms:W3CDTF">2025-09-08T22:34:00Z</dcterms:modified>
  <cp:category/>
</cp:coreProperties>
</file>