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650AC" w14:textId="77777777" w:rsidR="00524649" w:rsidRPr="004E3C34" w:rsidRDefault="004E3C34" w:rsidP="004E3C34">
      <w:pPr>
        <w:jc w:val="center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DEMANDA ORDINARIA LABORAL</w:t>
      </w:r>
    </w:p>
    <w:p w14:paraId="17F1B8A5" w14:textId="03F3D739" w:rsidR="00524649" w:rsidRPr="004E3C34" w:rsidRDefault="004E3C34" w:rsidP="004E3C34">
      <w:pPr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Señor</w:t>
      </w:r>
      <w:r w:rsidRPr="004E3C34">
        <w:rPr>
          <w:rFonts w:ascii="Verdana" w:hAnsi="Verdana"/>
          <w:lang w:val="es-CO"/>
        </w:rPr>
        <w:br/>
        <w:t>Juez Laboral del Circuito de __________ (Reparto)</w:t>
      </w:r>
      <w:r w:rsidRPr="004E3C34">
        <w:rPr>
          <w:rFonts w:ascii="Verdana" w:hAnsi="Verdana"/>
          <w:lang w:val="es-CO"/>
        </w:rPr>
        <w:br/>
        <w:t>E. S. D.</w:t>
      </w:r>
    </w:p>
    <w:p w14:paraId="2F454378" w14:textId="77777777" w:rsidR="00524649" w:rsidRPr="004E3C34" w:rsidRDefault="004E3C34" w:rsidP="004E3C34">
      <w:pPr>
        <w:ind w:left="2160" w:firstLine="720"/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i/>
          <w:iCs/>
          <w:lang w:val="es-CO"/>
        </w:rPr>
        <w:t>REF:</w:t>
      </w:r>
      <w:r w:rsidRPr="004E3C34">
        <w:rPr>
          <w:rFonts w:ascii="Verdana" w:hAnsi="Verdana"/>
          <w:lang w:val="es-CO"/>
        </w:rPr>
        <w:t xml:space="preserve"> Proceso ordinario laboral de mayor cuantía</w:t>
      </w:r>
    </w:p>
    <w:p w14:paraId="0F3A2EE9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Demandante: __________________________</w:t>
      </w:r>
    </w:p>
    <w:p w14:paraId="46264BBA" w14:textId="7707DE9B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proofErr w:type="gramStart"/>
      <w:r w:rsidRPr="004E3C34">
        <w:rPr>
          <w:rFonts w:ascii="Verdana" w:hAnsi="Verdana"/>
          <w:lang w:val="es-CO"/>
        </w:rPr>
        <w:t>Demandado:</w:t>
      </w:r>
      <w:r w:rsidRPr="004E3C34">
        <w:rPr>
          <w:rFonts w:ascii="Verdana" w:hAnsi="Verdana"/>
          <w:lang w:val="es-CO"/>
        </w:rPr>
        <w:t>_</w:t>
      </w:r>
      <w:proofErr w:type="gramEnd"/>
      <w:r w:rsidRPr="004E3C34">
        <w:rPr>
          <w:rFonts w:ascii="Verdana" w:hAnsi="Verdana"/>
          <w:lang w:val="es-CO"/>
        </w:rPr>
        <w:t>_________________________</w:t>
      </w:r>
      <w:r w:rsidRPr="004E3C34">
        <w:rPr>
          <w:rFonts w:ascii="Verdana" w:hAnsi="Verdana"/>
          <w:lang w:val="es-CO"/>
        </w:rPr>
        <w:br/>
      </w:r>
    </w:p>
    <w:p w14:paraId="555A2875" w14:textId="5A2112C1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</w:rPr>
        <w:t xml:space="preserve">____________________, mayor de </w:t>
      </w:r>
      <w:proofErr w:type="spellStart"/>
      <w:r w:rsidRPr="004E3C34">
        <w:rPr>
          <w:rFonts w:ascii="Verdana" w:hAnsi="Verdana"/>
        </w:rPr>
        <w:t>edad</w:t>
      </w:r>
      <w:proofErr w:type="spellEnd"/>
      <w:r w:rsidRPr="004E3C34">
        <w:rPr>
          <w:rFonts w:ascii="Verdana" w:hAnsi="Verdana"/>
        </w:rPr>
        <w:t xml:space="preserve">, </w:t>
      </w:r>
      <w:proofErr w:type="spellStart"/>
      <w:r w:rsidRPr="004E3C34">
        <w:rPr>
          <w:rFonts w:ascii="Verdana" w:hAnsi="Verdana"/>
        </w:rPr>
        <w:t>vecino</w:t>
      </w:r>
      <w:proofErr w:type="spellEnd"/>
      <w:r w:rsidRPr="004E3C34">
        <w:rPr>
          <w:rFonts w:ascii="Verdana" w:hAnsi="Verdana"/>
        </w:rPr>
        <w:t xml:space="preserve"> de ____________, </w:t>
      </w:r>
      <w:proofErr w:type="spellStart"/>
      <w:r w:rsidRPr="004E3C34">
        <w:rPr>
          <w:rFonts w:ascii="Verdana" w:hAnsi="Verdana"/>
        </w:rPr>
        <w:t>identificado</w:t>
      </w:r>
      <w:proofErr w:type="spellEnd"/>
      <w:r w:rsidRPr="004E3C34">
        <w:rPr>
          <w:rFonts w:ascii="Verdana" w:hAnsi="Verdana"/>
        </w:rPr>
        <w:t xml:space="preserve"> con cédula de </w:t>
      </w:r>
      <w:proofErr w:type="spellStart"/>
      <w:r w:rsidRPr="004E3C34">
        <w:rPr>
          <w:rFonts w:ascii="Verdana" w:hAnsi="Verdana"/>
        </w:rPr>
        <w:t>ciudadanía</w:t>
      </w:r>
      <w:proofErr w:type="spellEnd"/>
      <w:r w:rsidRPr="004E3C34">
        <w:rPr>
          <w:rFonts w:ascii="Verdana" w:hAnsi="Verdana"/>
        </w:rPr>
        <w:t xml:space="preserve"> No. ____________ y </w:t>
      </w:r>
      <w:proofErr w:type="spellStart"/>
      <w:r w:rsidRPr="004E3C34">
        <w:rPr>
          <w:rFonts w:ascii="Verdana" w:hAnsi="Verdana"/>
        </w:rPr>
        <w:t>portador</w:t>
      </w:r>
      <w:proofErr w:type="spellEnd"/>
      <w:r w:rsidRPr="004E3C34">
        <w:rPr>
          <w:rFonts w:ascii="Verdana" w:hAnsi="Verdana"/>
        </w:rPr>
        <w:t xml:space="preserve"> de la </w:t>
      </w:r>
      <w:proofErr w:type="spellStart"/>
      <w:r w:rsidRPr="004E3C34">
        <w:rPr>
          <w:rFonts w:ascii="Verdana" w:hAnsi="Verdana"/>
        </w:rPr>
        <w:t>Tarjeta</w:t>
      </w:r>
      <w:proofErr w:type="spellEnd"/>
      <w:r w:rsidRPr="004E3C34">
        <w:rPr>
          <w:rFonts w:ascii="Verdana" w:hAnsi="Verdana"/>
        </w:rPr>
        <w:t xml:space="preserve"> </w:t>
      </w:r>
      <w:proofErr w:type="spellStart"/>
      <w:r w:rsidRPr="004E3C34">
        <w:rPr>
          <w:rFonts w:ascii="Verdana" w:hAnsi="Verdana"/>
        </w:rPr>
        <w:t>Profesional</w:t>
      </w:r>
      <w:proofErr w:type="spellEnd"/>
      <w:r w:rsidRPr="004E3C34">
        <w:rPr>
          <w:rFonts w:ascii="Verdana" w:hAnsi="Verdana"/>
        </w:rPr>
        <w:t xml:space="preserve"> No. ____________, abogado </w:t>
      </w:r>
      <w:proofErr w:type="spellStart"/>
      <w:r w:rsidRPr="004E3C34">
        <w:rPr>
          <w:rFonts w:ascii="Verdana" w:hAnsi="Verdana"/>
        </w:rPr>
        <w:t>en</w:t>
      </w:r>
      <w:proofErr w:type="spellEnd"/>
      <w:r w:rsidRPr="004E3C34">
        <w:rPr>
          <w:rFonts w:ascii="Verdana" w:hAnsi="Verdana"/>
        </w:rPr>
        <w:t xml:space="preserve"> </w:t>
      </w:r>
      <w:proofErr w:type="spellStart"/>
      <w:r w:rsidRPr="004E3C34">
        <w:rPr>
          <w:rFonts w:ascii="Verdana" w:hAnsi="Verdana"/>
        </w:rPr>
        <w:t>ejercicio</w:t>
      </w:r>
      <w:proofErr w:type="spellEnd"/>
      <w:r w:rsidRPr="004E3C34">
        <w:rPr>
          <w:rFonts w:ascii="Verdana" w:hAnsi="Verdana"/>
        </w:rPr>
        <w:t xml:space="preserve">, </w:t>
      </w:r>
      <w:proofErr w:type="spellStart"/>
      <w:r w:rsidRPr="004E3C34">
        <w:rPr>
          <w:rFonts w:ascii="Verdana" w:hAnsi="Verdana"/>
        </w:rPr>
        <w:t>obrando</w:t>
      </w:r>
      <w:proofErr w:type="spellEnd"/>
      <w:r w:rsidRPr="004E3C34">
        <w:rPr>
          <w:rFonts w:ascii="Verdana" w:hAnsi="Verdana"/>
        </w:rPr>
        <w:t xml:space="preserve"> </w:t>
      </w:r>
      <w:proofErr w:type="spellStart"/>
      <w:r w:rsidRPr="004E3C34">
        <w:rPr>
          <w:rFonts w:ascii="Verdana" w:hAnsi="Verdana"/>
        </w:rPr>
        <w:t>en</w:t>
      </w:r>
      <w:proofErr w:type="spellEnd"/>
      <w:r w:rsidRPr="004E3C34">
        <w:rPr>
          <w:rFonts w:ascii="Verdana" w:hAnsi="Verdana"/>
        </w:rPr>
        <w:t xml:space="preserve"> </w:t>
      </w:r>
      <w:proofErr w:type="spellStart"/>
      <w:r w:rsidRPr="004E3C34">
        <w:rPr>
          <w:rFonts w:ascii="Verdana" w:hAnsi="Verdana"/>
        </w:rPr>
        <w:t>nombre</w:t>
      </w:r>
      <w:proofErr w:type="spellEnd"/>
      <w:r w:rsidRPr="004E3C34">
        <w:rPr>
          <w:rFonts w:ascii="Verdana" w:hAnsi="Verdana"/>
        </w:rPr>
        <w:t xml:space="preserve"> y </w:t>
      </w:r>
      <w:proofErr w:type="spellStart"/>
      <w:r w:rsidRPr="004E3C34">
        <w:rPr>
          <w:rFonts w:ascii="Verdana" w:hAnsi="Verdana"/>
        </w:rPr>
        <w:t>representación</w:t>
      </w:r>
      <w:proofErr w:type="spellEnd"/>
      <w:r w:rsidRPr="004E3C34">
        <w:rPr>
          <w:rFonts w:ascii="Verdana" w:hAnsi="Verdana"/>
        </w:rPr>
        <w:t xml:space="preserve"> del </w:t>
      </w:r>
      <w:proofErr w:type="spellStart"/>
      <w:r w:rsidRPr="004E3C34">
        <w:rPr>
          <w:rFonts w:ascii="Verdana" w:hAnsi="Verdana"/>
        </w:rPr>
        <w:t>señor</w:t>
      </w:r>
      <w:proofErr w:type="spellEnd"/>
      <w:r w:rsidRPr="004E3C34">
        <w:rPr>
          <w:rFonts w:ascii="Verdana" w:hAnsi="Verdana"/>
        </w:rPr>
        <w:t xml:space="preserve"> __________________</w:t>
      </w:r>
      <w:r w:rsidRPr="004E3C34">
        <w:rPr>
          <w:rFonts w:ascii="Verdana" w:hAnsi="Verdana"/>
        </w:rPr>
        <w:t xml:space="preserve">______, mayor de </w:t>
      </w:r>
      <w:proofErr w:type="spellStart"/>
      <w:r w:rsidRPr="004E3C34">
        <w:rPr>
          <w:rFonts w:ascii="Verdana" w:hAnsi="Verdana"/>
        </w:rPr>
        <w:t>edad</w:t>
      </w:r>
      <w:proofErr w:type="spellEnd"/>
      <w:r w:rsidRPr="004E3C34">
        <w:rPr>
          <w:rFonts w:ascii="Verdana" w:hAnsi="Verdana"/>
        </w:rPr>
        <w:t xml:space="preserve">, </w:t>
      </w:r>
      <w:proofErr w:type="spellStart"/>
      <w:r w:rsidRPr="004E3C34">
        <w:rPr>
          <w:rFonts w:ascii="Verdana" w:hAnsi="Verdana"/>
        </w:rPr>
        <w:t>identificado</w:t>
      </w:r>
      <w:proofErr w:type="spellEnd"/>
      <w:r w:rsidRPr="004E3C34">
        <w:rPr>
          <w:rFonts w:ascii="Verdana" w:hAnsi="Verdana"/>
        </w:rPr>
        <w:t xml:space="preserve"> con cédula de </w:t>
      </w:r>
      <w:proofErr w:type="spellStart"/>
      <w:r w:rsidRPr="004E3C34">
        <w:rPr>
          <w:rFonts w:ascii="Verdana" w:hAnsi="Verdana"/>
        </w:rPr>
        <w:t>ciudadanía</w:t>
      </w:r>
      <w:proofErr w:type="spellEnd"/>
      <w:r w:rsidRPr="004E3C34">
        <w:rPr>
          <w:rFonts w:ascii="Verdana" w:hAnsi="Verdana"/>
        </w:rPr>
        <w:t xml:space="preserve"> No. </w:t>
      </w:r>
      <w:r w:rsidRPr="004E3C34">
        <w:rPr>
          <w:rFonts w:ascii="Verdana" w:hAnsi="Verdana"/>
          <w:lang w:val="es-CO"/>
        </w:rPr>
        <w:t>____________, según poder conferido que adjunto, comedidamente formulo demanda ordinaria laboral contra la sociedad ________________________, debidamente representada por</w:t>
      </w:r>
      <w:r w:rsidRPr="004E3C34">
        <w:rPr>
          <w:rFonts w:ascii="Verdana" w:hAnsi="Verdana"/>
          <w:lang w:val="es-CO"/>
        </w:rPr>
        <w:t xml:space="preserve"> ___</w:t>
      </w:r>
      <w:r w:rsidRPr="004E3C34">
        <w:rPr>
          <w:rFonts w:ascii="Verdana" w:hAnsi="Verdana"/>
          <w:lang w:val="es-CO"/>
        </w:rPr>
        <w:t>_______________ o quien haga sus veces, domiciliada en ____________, para que se profiera sentencia en los siguientes términos:</w:t>
      </w:r>
    </w:p>
    <w:p w14:paraId="7ECF017E" w14:textId="77777777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II. HECHOS</w:t>
      </w:r>
    </w:p>
    <w:p w14:paraId="66793BAD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 xml:space="preserve">1. El señor ___________________ ingresó a laborar para la demandada el día ___ de ________ </w:t>
      </w:r>
      <w:proofErr w:type="spellStart"/>
      <w:r w:rsidRPr="004E3C34">
        <w:rPr>
          <w:rFonts w:ascii="Verdana" w:hAnsi="Verdana"/>
          <w:lang w:val="es-CO"/>
        </w:rPr>
        <w:t>de</w:t>
      </w:r>
      <w:proofErr w:type="spellEnd"/>
      <w:r w:rsidRPr="004E3C34">
        <w:rPr>
          <w:rFonts w:ascii="Verdana" w:hAnsi="Verdana"/>
          <w:lang w:val="es-CO"/>
        </w:rPr>
        <w:t xml:space="preserve"> 20__, en virtud de un c</w:t>
      </w:r>
      <w:r w:rsidRPr="004E3C34">
        <w:rPr>
          <w:rFonts w:ascii="Verdana" w:hAnsi="Verdana"/>
          <w:lang w:val="es-CO"/>
        </w:rPr>
        <w:t>ontrato de trabajo a término (indefinido/fijo/obra o labor), desempeñando el cargo de ____________________, con un salario mensual de __________________ pesos ($___________).</w:t>
      </w:r>
    </w:p>
    <w:p w14:paraId="53F35442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2. Durante toda la relación laboral, el demandante prestó personalmente sus servi</w:t>
      </w:r>
      <w:r w:rsidRPr="004E3C34">
        <w:rPr>
          <w:rFonts w:ascii="Verdana" w:hAnsi="Verdana"/>
          <w:lang w:val="es-CO"/>
        </w:rPr>
        <w:t>cios bajo subordinación, cumpliendo el horario y acatando instrucciones de la empleadora.</w:t>
      </w:r>
    </w:p>
    <w:p w14:paraId="38F43DD8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 xml:space="preserve">3. La relación laboral se mantuvo hasta el día ___ de ________ </w:t>
      </w:r>
      <w:proofErr w:type="spellStart"/>
      <w:r w:rsidRPr="004E3C34">
        <w:rPr>
          <w:rFonts w:ascii="Verdana" w:hAnsi="Verdana"/>
          <w:lang w:val="es-CO"/>
        </w:rPr>
        <w:t>de</w:t>
      </w:r>
      <w:proofErr w:type="spellEnd"/>
      <w:r w:rsidRPr="004E3C34">
        <w:rPr>
          <w:rFonts w:ascii="Verdana" w:hAnsi="Verdana"/>
          <w:lang w:val="es-CO"/>
        </w:rPr>
        <w:t xml:space="preserve"> 20__, fecha en la cual la empresa terminó unilateralmente el contrato de trabajo, sin justa causa y </w:t>
      </w:r>
      <w:r w:rsidRPr="004E3C34">
        <w:rPr>
          <w:rFonts w:ascii="Verdana" w:hAnsi="Verdana"/>
          <w:lang w:val="es-CO"/>
        </w:rPr>
        <w:t>sin autorización del Ministerio de Trabajo, al cesar sus actividades de manera intempestiva.</w:t>
      </w:r>
    </w:p>
    <w:p w14:paraId="0CF56775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4. A la fecha de terminación, la empleadora adeuda al demandante: Cesantías e intereses, Vacaciones causadas y no disfrutadas, Primas de servicios, Salarios de los</w:t>
      </w:r>
      <w:r w:rsidRPr="004E3C34">
        <w:rPr>
          <w:rFonts w:ascii="Verdana" w:hAnsi="Verdana"/>
          <w:lang w:val="es-CO"/>
        </w:rPr>
        <w:t xml:space="preserve"> últimos ___ meses, Indemnización por despido sin justa causa.</w:t>
      </w:r>
    </w:p>
    <w:p w14:paraId="3D8E9AC4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lastRenderedPageBreak/>
        <w:t>5. Pese a los reiterados requerimientos, la demandada no ha cancelado dichas acreencias laborales.</w:t>
      </w:r>
    </w:p>
    <w:p w14:paraId="22D431F0" w14:textId="77777777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III. PRETENSIONES</w:t>
      </w:r>
    </w:p>
    <w:p w14:paraId="418C8AC5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1. Declarar que entre el demandante y la sociedad demandada existió un contr</w:t>
      </w:r>
      <w:r w:rsidRPr="004E3C34">
        <w:rPr>
          <w:rFonts w:ascii="Verdana" w:hAnsi="Verdana"/>
          <w:lang w:val="es-CO"/>
        </w:rPr>
        <w:t>ato de trabajo, el cual terminó por decisión unilateral del empleador sin justa causa.</w:t>
      </w:r>
    </w:p>
    <w:p w14:paraId="47B48574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2. Condenar a la sociedad demandada a pagar al actor: Auxilio de cesantía, Intereses sobre cesantías, Primas de servicios, Vacaciones no disfrutadas, Salarios adeudados,</w:t>
      </w:r>
      <w:r w:rsidRPr="004E3C34">
        <w:rPr>
          <w:rFonts w:ascii="Verdana" w:hAnsi="Verdana"/>
          <w:lang w:val="es-CO"/>
        </w:rPr>
        <w:t xml:space="preserve"> Indemnización por despido sin justa causa.</w:t>
      </w:r>
    </w:p>
    <w:p w14:paraId="73707D77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3. Condenar a la demandada al pago de la indemnización moratoria establecida en el artículo 65 del Código Sustantivo del Trabajo.</w:t>
      </w:r>
    </w:p>
    <w:p w14:paraId="3D8A45A0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4. Condenar en costas a la parte demandada.</w:t>
      </w:r>
    </w:p>
    <w:p w14:paraId="7C9DEDA7" w14:textId="77777777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IV. PRUEBAS</w:t>
      </w:r>
    </w:p>
    <w:p w14:paraId="51B31A66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 xml:space="preserve">1. Documentales: Contrato </w:t>
      </w:r>
      <w:r w:rsidRPr="004E3C34">
        <w:rPr>
          <w:rFonts w:ascii="Verdana" w:hAnsi="Verdana"/>
          <w:lang w:val="es-CO"/>
        </w:rPr>
        <w:t>de trabajo, desprendibles de nómina, comunicaciones de terminación, certificados laborales y demás documentos que se adjuntan.</w:t>
      </w:r>
    </w:p>
    <w:p w14:paraId="5F08A946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2. Interrogatorio de parte: Solicito se cite al representante legal de la demandada para que absuelva el interrogatorio correspon</w:t>
      </w:r>
      <w:r w:rsidRPr="004E3C34">
        <w:rPr>
          <w:rFonts w:ascii="Verdana" w:hAnsi="Verdana"/>
          <w:lang w:val="es-CO"/>
        </w:rPr>
        <w:t>diente.</w:t>
      </w:r>
    </w:p>
    <w:p w14:paraId="6A52C3AF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3. Testimoniales: Se reciban las declaraciones de los señores __________________________.</w:t>
      </w:r>
    </w:p>
    <w:p w14:paraId="042A07F0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4. Inspección judicial: Sobre libros contables, planillas de seguridad social, comprobantes de nómina y demás documentos.</w:t>
      </w:r>
    </w:p>
    <w:p w14:paraId="5B7F4339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5. Me reservo la facultad de aportar</w:t>
      </w:r>
      <w:r w:rsidRPr="004E3C34">
        <w:rPr>
          <w:rFonts w:ascii="Verdana" w:hAnsi="Verdana"/>
          <w:lang w:val="es-CO"/>
        </w:rPr>
        <w:t xml:space="preserve"> nuevas pruebas durante el proceso.</w:t>
      </w:r>
    </w:p>
    <w:p w14:paraId="3C42D506" w14:textId="77777777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V. COMPETENCIA</w:t>
      </w:r>
    </w:p>
    <w:p w14:paraId="6AF30F8F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Es competente su despacho conforme al artículo 2 del Código Procesal del Trabajo y de la Seguridad Social, por tratarse de un conflicto derivado de una relación laboral y por el lugar de prestación del ser</w:t>
      </w:r>
      <w:r w:rsidRPr="004E3C34">
        <w:rPr>
          <w:rFonts w:ascii="Verdana" w:hAnsi="Verdana"/>
          <w:lang w:val="es-CO"/>
        </w:rPr>
        <w:t>vicio.</w:t>
      </w:r>
    </w:p>
    <w:p w14:paraId="09A8CCA0" w14:textId="77777777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VI. FUNDAMENTOS DE DERECHO</w:t>
      </w:r>
    </w:p>
    <w:p w14:paraId="2BBECA5A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- Constitución Política, artículos 25, 53 y 229.</w:t>
      </w:r>
    </w:p>
    <w:p w14:paraId="5165A953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- Código Sustantivo del Trabajo, artículos 22, 64, 65, 127 y ss.</w:t>
      </w:r>
    </w:p>
    <w:p w14:paraId="441DABB2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lastRenderedPageBreak/>
        <w:t>- Código Procesal del Trabajo y de la Seguridad Social, artículos 2, 25 y concordantes.</w:t>
      </w:r>
    </w:p>
    <w:p w14:paraId="41509DA3" w14:textId="77777777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VII. CUANTÍA</w:t>
      </w:r>
    </w:p>
    <w:p w14:paraId="4CBC451D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 xml:space="preserve">La </w:t>
      </w:r>
      <w:r w:rsidRPr="004E3C34">
        <w:rPr>
          <w:rFonts w:ascii="Verdana" w:hAnsi="Verdana"/>
          <w:lang w:val="es-CO"/>
        </w:rPr>
        <w:t>estimo en suma superior a ____________ pesos ($__________), razón por la cual corresponde a un proceso ordinario laboral de mayor cuantía.</w:t>
      </w:r>
    </w:p>
    <w:p w14:paraId="6DB44DA3" w14:textId="77777777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VIII. NOTIFICACIONES</w:t>
      </w:r>
    </w:p>
    <w:p w14:paraId="391359D4" w14:textId="77777777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- La parte demandada puede ser notificada en __________________________.</w:t>
      </w:r>
      <w:r w:rsidRPr="004E3C34">
        <w:rPr>
          <w:rFonts w:ascii="Verdana" w:hAnsi="Verdana"/>
          <w:lang w:val="es-CO"/>
        </w:rPr>
        <w:br/>
        <w:t>- El demandante recibir</w:t>
      </w:r>
      <w:r w:rsidRPr="004E3C34">
        <w:rPr>
          <w:rFonts w:ascii="Verdana" w:hAnsi="Verdana"/>
          <w:lang w:val="es-CO"/>
        </w:rPr>
        <w:t>á notificaciones en __________________________.</w:t>
      </w:r>
      <w:r w:rsidRPr="004E3C34">
        <w:rPr>
          <w:rFonts w:ascii="Verdana" w:hAnsi="Verdana"/>
          <w:lang w:val="es-CO"/>
        </w:rPr>
        <w:br/>
        <w:t>- El suscrito apoderado judicial las recibirá en la Secretaría del despacho y en __________________________, correo electrónico __________________.</w:t>
      </w:r>
    </w:p>
    <w:p w14:paraId="1B4F5821" w14:textId="3B098388" w:rsidR="00524649" w:rsidRPr="004E3C34" w:rsidRDefault="004E3C34" w:rsidP="004E3C34">
      <w:pPr>
        <w:jc w:val="both"/>
        <w:rPr>
          <w:rFonts w:ascii="Verdana" w:hAnsi="Verdana"/>
          <w:b/>
          <w:bCs/>
        </w:rPr>
      </w:pPr>
      <w:r w:rsidRPr="004E3C34">
        <w:rPr>
          <w:rFonts w:ascii="Verdana" w:hAnsi="Verdana"/>
          <w:b/>
          <w:bCs/>
        </w:rPr>
        <w:t>ANEXOS</w:t>
      </w:r>
    </w:p>
    <w:p w14:paraId="4DF49B84" w14:textId="07C5C188" w:rsidR="00524649" w:rsidRPr="004E3C34" w:rsidRDefault="004E3C34" w:rsidP="004E3C34">
      <w:pPr>
        <w:jc w:val="both"/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1</w:t>
      </w:r>
      <w:r w:rsidRPr="004E3C34">
        <w:rPr>
          <w:rFonts w:ascii="Verdana" w:hAnsi="Verdana"/>
          <w:lang w:val="es-CO"/>
        </w:rPr>
        <w:t>. Poder debida</w:t>
      </w:r>
      <w:r w:rsidRPr="004E3C34">
        <w:rPr>
          <w:rFonts w:ascii="Verdana" w:hAnsi="Verdana"/>
          <w:lang w:val="es-CO"/>
        </w:rPr>
        <w:t>mente conferido.</w:t>
      </w:r>
    </w:p>
    <w:p w14:paraId="7E4E21A6" w14:textId="65C1132D" w:rsidR="00524649" w:rsidRPr="004E3C34" w:rsidRDefault="004E3C34" w:rsidP="004E3C34">
      <w:pPr>
        <w:rPr>
          <w:rFonts w:ascii="Verdana" w:hAnsi="Verdana"/>
          <w:lang w:val="es-CO"/>
        </w:rPr>
      </w:pPr>
      <w:r w:rsidRPr="004E3C34">
        <w:rPr>
          <w:rFonts w:ascii="Verdana" w:hAnsi="Verdana"/>
          <w:lang w:val="es-CO"/>
        </w:rPr>
        <w:t>2</w:t>
      </w:r>
      <w:r w:rsidRPr="004E3C34">
        <w:rPr>
          <w:rFonts w:ascii="Verdana" w:hAnsi="Verdana"/>
          <w:lang w:val="es-CO"/>
        </w:rPr>
        <w:t>. Documentos que sirven de prueba.</w:t>
      </w:r>
      <w:r w:rsidRPr="004E3C34">
        <w:rPr>
          <w:rFonts w:ascii="Verdana" w:hAnsi="Verdana"/>
          <w:lang w:val="es-CO"/>
        </w:rPr>
        <w:br/>
      </w:r>
      <w:r w:rsidRPr="004E3C34">
        <w:rPr>
          <w:rFonts w:ascii="Verdana" w:hAnsi="Verdana"/>
          <w:lang w:val="es-CO"/>
        </w:rPr>
        <w:br/>
        <w:t>Del Señor Juez,</w:t>
      </w:r>
      <w:r w:rsidRPr="004E3C34">
        <w:rPr>
          <w:rFonts w:ascii="Verdana" w:hAnsi="Verdana"/>
          <w:lang w:val="es-CO"/>
        </w:rPr>
        <w:br/>
      </w:r>
      <w:r w:rsidRPr="004E3C34">
        <w:rPr>
          <w:rFonts w:ascii="Verdana" w:hAnsi="Verdana"/>
          <w:lang w:val="es-CO"/>
        </w:rPr>
        <w:br/>
        <w:t>________________________</w:t>
      </w:r>
      <w:r w:rsidRPr="004E3C34">
        <w:rPr>
          <w:rFonts w:ascii="Verdana" w:hAnsi="Verdana"/>
          <w:lang w:val="es-CO"/>
        </w:rPr>
        <w:br/>
        <w:t>Firma</w:t>
      </w:r>
      <w:r w:rsidRPr="004E3C34">
        <w:rPr>
          <w:rFonts w:ascii="Verdana" w:hAnsi="Verdana"/>
          <w:lang w:val="es-CO"/>
        </w:rPr>
        <w:br/>
        <w:t xml:space="preserve">C.C. No. </w:t>
      </w:r>
      <w:r w:rsidRPr="004E3C34">
        <w:rPr>
          <w:rFonts w:ascii="Verdana" w:hAnsi="Verdana"/>
        </w:rPr>
        <w:t>____________</w:t>
      </w:r>
      <w:r w:rsidRPr="004E3C34">
        <w:rPr>
          <w:rFonts w:ascii="Verdana" w:hAnsi="Verdana"/>
        </w:rPr>
        <w:br/>
        <w:t>T.P. No. ____________ C.S.J.</w:t>
      </w:r>
    </w:p>
    <w:sectPr w:rsidR="00524649" w:rsidRPr="004E3C3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E3C34"/>
    <w:rsid w:val="0052464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C7AB0E"/>
  <w14:defaultImageDpi w14:val="300"/>
  <w15:docId w15:val="{A0A092EB-3C0A-4AFF-834B-F2C6B5EEE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Valentina Martinez</cp:lastModifiedBy>
  <cp:revision>2</cp:revision>
  <dcterms:created xsi:type="dcterms:W3CDTF">2013-12-23T23:15:00Z</dcterms:created>
  <dcterms:modified xsi:type="dcterms:W3CDTF">2025-09-09T02:19:00Z</dcterms:modified>
  <cp:category/>
</cp:coreProperties>
</file>