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2CB69" w14:textId="77777777" w:rsidR="00A635F3" w:rsidRPr="00C97ED5" w:rsidRDefault="00A635F3" w:rsidP="00A635F3">
      <w:pPr>
        <w:jc w:val="center"/>
        <w:rPr>
          <w:rFonts w:ascii="Verdana" w:hAnsi="Verdana"/>
          <w:b/>
          <w:bCs/>
          <w:lang w:val="es-CO"/>
        </w:rPr>
      </w:pPr>
      <w:r w:rsidRPr="00C97ED5">
        <w:rPr>
          <w:rFonts w:ascii="Verdana" w:hAnsi="Verdana"/>
          <w:b/>
          <w:bCs/>
          <w:lang w:val="es-CO"/>
        </w:rPr>
        <w:t xml:space="preserve">DEMANDA EN PROCESO ESPECIAL DE FUERO SINDICAL </w:t>
      </w:r>
    </w:p>
    <w:p w14:paraId="6A396A68" w14:textId="5E2F2888" w:rsidR="0062550C" w:rsidRPr="00C97ED5" w:rsidRDefault="00A635F3" w:rsidP="00A635F3">
      <w:pPr>
        <w:jc w:val="center"/>
        <w:rPr>
          <w:rFonts w:ascii="Verdana" w:hAnsi="Verdana"/>
          <w:b/>
          <w:bCs/>
          <w:lang w:val="es-CO"/>
        </w:rPr>
      </w:pPr>
      <w:r w:rsidRPr="00C97ED5">
        <w:rPr>
          <w:rFonts w:ascii="Verdana" w:hAnsi="Verdana"/>
          <w:b/>
          <w:bCs/>
          <w:lang w:val="es-CO"/>
        </w:rPr>
        <w:t>(ACCIÓN DE REINTEGRO)</w:t>
      </w:r>
    </w:p>
    <w:p w14:paraId="37B3F97D" w14:textId="77777777" w:rsidR="0062550C" w:rsidRPr="00A635F3" w:rsidRDefault="00A635F3">
      <w:pPr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t>Señor</w:t>
      </w:r>
      <w:r w:rsidRPr="00A635F3">
        <w:rPr>
          <w:rFonts w:ascii="Verdana" w:hAnsi="Verdana"/>
          <w:lang w:val="es-CO"/>
        </w:rPr>
        <w:br/>
        <w:t>Juez Laboral del Circuito de __________ (Reparto)</w:t>
      </w:r>
      <w:r w:rsidRPr="00A635F3">
        <w:rPr>
          <w:rFonts w:ascii="Verdana" w:hAnsi="Verdana"/>
          <w:lang w:val="es-CO"/>
        </w:rPr>
        <w:br/>
        <w:t>E. S. D.</w:t>
      </w:r>
      <w:r w:rsidRPr="00A635F3">
        <w:rPr>
          <w:rFonts w:ascii="Verdana" w:hAnsi="Verdana"/>
          <w:lang w:val="es-CO"/>
        </w:rPr>
        <w:br/>
      </w:r>
    </w:p>
    <w:p w14:paraId="0E7704DC" w14:textId="77777777" w:rsidR="0062550C" w:rsidRPr="00A635F3" w:rsidRDefault="00A635F3" w:rsidP="00A635F3">
      <w:pPr>
        <w:ind w:left="3600"/>
        <w:rPr>
          <w:rFonts w:ascii="Verdana" w:hAnsi="Verdana"/>
          <w:lang w:val="es-CO"/>
        </w:rPr>
      </w:pPr>
      <w:r w:rsidRPr="00A635F3">
        <w:rPr>
          <w:rFonts w:ascii="Verdana" w:hAnsi="Verdana"/>
          <w:i/>
          <w:iCs/>
          <w:lang w:val="es-CO"/>
        </w:rPr>
        <w:t>REF</w:t>
      </w:r>
      <w:r w:rsidRPr="00A635F3">
        <w:rPr>
          <w:rFonts w:ascii="Verdana" w:hAnsi="Verdana"/>
          <w:lang w:val="es-CO"/>
        </w:rPr>
        <w:t>: Acción de reintegro por fuero sindical</w:t>
      </w:r>
    </w:p>
    <w:p w14:paraId="0702143D" w14:textId="77777777" w:rsidR="0062550C" w:rsidRPr="00A635F3" w:rsidRDefault="00A635F3">
      <w:pPr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t>Demandante: __________________________</w:t>
      </w:r>
    </w:p>
    <w:p w14:paraId="75CF10FE" w14:textId="77777777" w:rsidR="0062550C" w:rsidRPr="00A635F3" w:rsidRDefault="00A635F3">
      <w:pPr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t>Demandado: __________________________</w:t>
      </w:r>
      <w:r w:rsidRPr="00A635F3">
        <w:rPr>
          <w:rFonts w:ascii="Verdana" w:hAnsi="Verdana"/>
          <w:lang w:val="es-CO"/>
        </w:rPr>
        <w:br/>
      </w:r>
    </w:p>
    <w:p w14:paraId="5F66DA61" w14:textId="01B26B77" w:rsidR="0062550C" w:rsidRPr="00A635F3" w:rsidRDefault="00A635F3" w:rsidP="00A635F3">
      <w:pPr>
        <w:jc w:val="both"/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t>______________________, mayor de edad, vecino de ____________, identificado con cédula de ciudadanía No. ____________ y portador de la Tarjeta Profesional No. ____________ del Consejo Superior de la Judicatura, abogado en ejercicio, obrando como apoderado judicial del señor ______________________, mayor de edad, identificado con cédula de ciudadanía No. ____________, según poder conferido que adjunto, interpongo demanda laboral en proceso especial de fuero sindical (acción de reintegro) contra la sociedad ________________________, domiciliada en ____________, representada legalmente por ______________________ o quien haga sus veces, para que se profiera sentencia en los siguientes términos:</w:t>
      </w:r>
    </w:p>
    <w:p w14:paraId="07D4A0FF" w14:textId="77777777" w:rsidR="0062550C" w:rsidRPr="00C97ED5" w:rsidRDefault="00A635F3" w:rsidP="00A635F3">
      <w:pPr>
        <w:rPr>
          <w:rFonts w:ascii="Verdana" w:hAnsi="Verdana"/>
          <w:b/>
          <w:bCs/>
          <w:lang w:val="es-CO"/>
        </w:rPr>
      </w:pPr>
      <w:r w:rsidRPr="00C97ED5">
        <w:rPr>
          <w:rFonts w:ascii="Verdana" w:hAnsi="Verdana"/>
          <w:b/>
          <w:bCs/>
          <w:lang w:val="es-CO"/>
        </w:rPr>
        <w:t>II. PRETENSIONES</w:t>
      </w:r>
    </w:p>
    <w:p w14:paraId="0330FD61" w14:textId="77777777" w:rsidR="0062550C" w:rsidRPr="00A635F3" w:rsidRDefault="00A635F3" w:rsidP="00A635F3">
      <w:pPr>
        <w:jc w:val="both"/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t>1. Ordenar el reintegro inmediato del demandante al cargo que venía desempeñando, o a uno de igual o superior categoría, dentro de la empresa demandada, por haber sido despedido sin autorización judicial estando amparado con el fuero sindical.</w:t>
      </w:r>
    </w:p>
    <w:p w14:paraId="09752232" w14:textId="77777777" w:rsidR="0062550C" w:rsidRPr="00A635F3" w:rsidRDefault="00A635F3" w:rsidP="00A635F3">
      <w:pPr>
        <w:jc w:val="both"/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t>2. Condenar a la empresa demandada al pago de todos los salarios, prestaciones sociales y aportes al Sistema de Seguridad Social Integral dejados de percibir desde la fecha del despido hasta la efectiva reincorporación.</w:t>
      </w:r>
    </w:p>
    <w:p w14:paraId="6DAD953B" w14:textId="77777777" w:rsidR="0062550C" w:rsidRPr="00A635F3" w:rsidRDefault="00A635F3" w:rsidP="00A635F3">
      <w:pPr>
        <w:jc w:val="both"/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t>3. Condenar en costas a la parte demandada.</w:t>
      </w:r>
    </w:p>
    <w:p w14:paraId="3742EAB1" w14:textId="77777777" w:rsidR="0062550C" w:rsidRPr="00C97ED5" w:rsidRDefault="00A635F3" w:rsidP="00A635F3">
      <w:pPr>
        <w:rPr>
          <w:rFonts w:ascii="Verdana" w:hAnsi="Verdana"/>
          <w:b/>
          <w:bCs/>
          <w:lang w:val="es-CO"/>
        </w:rPr>
      </w:pPr>
      <w:r w:rsidRPr="00C97ED5">
        <w:rPr>
          <w:rFonts w:ascii="Verdana" w:hAnsi="Verdana"/>
          <w:b/>
          <w:bCs/>
          <w:lang w:val="es-CO"/>
        </w:rPr>
        <w:t>III. HECHOS</w:t>
      </w:r>
    </w:p>
    <w:p w14:paraId="1D325302" w14:textId="77777777" w:rsidR="0062550C" w:rsidRPr="00A635F3" w:rsidRDefault="00A635F3" w:rsidP="00A635F3">
      <w:pPr>
        <w:jc w:val="both"/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t xml:space="preserve">1. El demandante ingresó a laborar para la sociedad demandada el día ___ de ________ de 20__, en virtud de un contrato de trabajo a término </w:t>
      </w:r>
      <w:r w:rsidRPr="00A635F3">
        <w:rPr>
          <w:rFonts w:ascii="Verdana" w:hAnsi="Verdana"/>
          <w:lang w:val="es-CO"/>
        </w:rPr>
        <w:lastRenderedPageBreak/>
        <w:t>(indefinido/fijo), desempeñando el cargo de ____________________, con un salario mensual de __________________ pesos ($__________).</w:t>
      </w:r>
    </w:p>
    <w:p w14:paraId="2EA72AE0" w14:textId="77777777" w:rsidR="0062550C" w:rsidRPr="00A635F3" w:rsidRDefault="00A635F3" w:rsidP="00A635F3">
      <w:pPr>
        <w:jc w:val="both"/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t>2. En el momento de su despido, ocurrido el día ___ de ________ de 20__, el demandante era miembro principal de la junta directiva del sindicato ____________________, condición que le otorgaba protección legal de fuero sindical conforme a los artículos 405 y 406 del CST.</w:t>
      </w:r>
    </w:p>
    <w:p w14:paraId="5E24A139" w14:textId="77777777" w:rsidR="0062550C" w:rsidRPr="00A635F3" w:rsidRDefault="00A635F3" w:rsidP="00A635F3">
      <w:pPr>
        <w:jc w:val="both"/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t>3. La elección del demandante como directivo sindical fue debidamente comunicada a la empresa y a la Dirección Territorial del Ministerio de Trabajo mediante comunicaciones de fecha ___ de ________ de 20__, las cuales se adjuntan.</w:t>
      </w:r>
    </w:p>
    <w:p w14:paraId="3E49FD58" w14:textId="77777777" w:rsidR="0062550C" w:rsidRPr="00A635F3" w:rsidRDefault="00A635F3" w:rsidP="00A635F3">
      <w:pPr>
        <w:jc w:val="both"/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t>4. El sindicato al cual pertenece el demandante es una organización sindical de primer grado con personería jurídica reconocida mediante Resolución No. ________ de fecha ___ de ________ de 20__, expedida por el Ministerio de Trabajo.</w:t>
      </w:r>
    </w:p>
    <w:p w14:paraId="3788F98D" w14:textId="77777777" w:rsidR="0062550C" w:rsidRPr="00A635F3" w:rsidRDefault="00A635F3" w:rsidP="00A635F3">
      <w:pPr>
        <w:jc w:val="both"/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t>5. El despido se efectuó sin previa autorización judicial, pese a que la empresa tenía pleno conocimiento de la calidad sindical del trabajador.</w:t>
      </w:r>
    </w:p>
    <w:p w14:paraId="1CDA753C" w14:textId="77777777" w:rsidR="0062550C" w:rsidRPr="00A635F3" w:rsidRDefault="00A635F3" w:rsidP="00A635F3">
      <w:pPr>
        <w:jc w:val="both"/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t>6. En el momento del despido, el demandante devengaba un salario de __________________ pesos ($__________).</w:t>
      </w:r>
    </w:p>
    <w:p w14:paraId="03D03E91" w14:textId="77777777" w:rsidR="0062550C" w:rsidRPr="00C97ED5" w:rsidRDefault="00A635F3" w:rsidP="00A635F3">
      <w:pPr>
        <w:rPr>
          <w:rFonts w:ascii="Verdana" w:hAnsi="Verdana"/>
          <w:b/>
          <w:bCs/>
          <w:lang w:val="es-CO"/>
        </w:rPr>
      </w:pPr>
      <w:r w:rsidRPr="00C97ED5">
        <w:rPr>
          <w:rFonts w:ascii="Verdana" w:hAnsi="Verdana"/>
          <w:b/>
          <w:bCs/>
          <w:lang w:val="es-CO"/>
        </w:rPr>
        <w:t>IV. PRUEBAS</w:t>
      </w:r>
    </w:p>
    <w:p w14:paraId="66FCE3E4" w14:textId="77777777" w:rsidR="0062550C" w:rsidRPr="00A635F3" w:rsidRDefault="00A635F3" w:rsidP="00A635F3">
      <w:pPr>
        <w:jc w:val="both"/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t>1. Interrogatorio de parte: Solicito se cite al representante legal de la demandada para que absuelva el interrogatorio correspondiente.</w:t>
      </w:r>
    </w:p>
    <w:p w14:paraId="0EBF89E8" w14:textId="77777777" w:rsidR="0062550C" w:rsidRPr="00A635F3" w:rsidRDefault="00A635F3" w:rsidP="00A635F3">
      <w:pPr>
        <w:jc w:val="both"/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t>2. Testimoniales: Se reciba declaración de los señores ________________________, sobre los hechos narrados en la demanda.</w:t>
      </w:r>
    </w:p>
    <w:p w14:paraId="651A4838" w14:textId="77777777" w:rsidR="0062550C" w:rsidRPr="00A635F3" w:rsidRDefault="00A635F3" w:rsidP="00A635F3">
      <w:pPr>
        <w:jc w:val="both"/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t>3. Documentales: Estatutos del sindicato, certificación de afiliación, acta de elección de junta directiva, comunicaciones al Ministerio de Trabajo y a la empresa, carta de despido, certificado de existencia de la empresa, resolución y publicación en Diario Oficial de la personería jurídica sindical.</w:t>
      </w:r>
    </w:p>
    <w:p w14:paraId="3C517C5D" w14:textId="77777777" w:rsidR="0062550C" w:rsidRPr="00C97ED5" w:rsidRDefault="00A635F3" w:rsidP="00A635F3">
      <w:pPr>
        <w:jc w:val="both"/>
        <w:rPr>
          <w:rFonts w:ascii="Verdana" w:hAnsi="Verdana"/>
          <w:b/>
          <w:bCs/>
          <w:lang w:val="es-CO"/>
        </w:rPr>
      </w:pPr>
      <w:r w:rsidRPr="00A635F3">
        <w:rPr>
          <w:rFonts w:ascii="Verdana" w:hAnsi="Verdana"/>
          <w:lang w:val="es-CO"/>
        </w:rPr>
        <w:t>4. Inspección judicial: Solicito se practique en las dependencias de la empresa demandada para verificar nóminas, hojas de vida y demás documentos relacionados con el vínculo laboral.</w:t>
      </w:r>
    </w:p>
    <w:p w14:paraId="1D1CC478" w14:textId="77777777" w:rsidR="0062550C" w:rsidRPr="00C97ED5" w:rsidRDefault="00A635F3" w:rsidP="00A635F3">
      <w:pPr>
        <w:rPr>
          <w:rFonts w:ascii="Verdana" w:hAnsi="Verdana"/>
          <w:b/>
          <w:bCs/>
          <w:lang w:val="es-CO"/>
        </w:rPr>
      </w:pPr>
      <w:r w:rsidRPr="00C97ED5">
        <w:rPr>
          <w:rFonts w:ascii="Verdana" w:hAnsi="Verdana"/>
          <w:b/>
          <w:bCs/>
          <w:lang w:val="es-CO"/>
        </w:rPr>
        <w:t>V. FUNDAMENTOS DE DERECHO</w:t>
      </w:r>
    </w:p>
    <w:p w14:paraId="73A9EA69" w14:textId="77777777" w:rsidR="0062550C" w:rsidRPr="00A635F3" w:rsidRDefault="00A635F3">
      <w:pPr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t>- Constitución Política: arts. 25, 39, 53 y 229.</w:t>
      </w:r>
    </w:p>
    <w:p w14:paraId="5892AE89" w14:textId="77777777" w:rsidR="0062550C" w:rsidRPr="00A635F3" w:rsidRDefault="00A635F3">
      <w:pPr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t>- Código Sustantivo del Trabajo: arts. 405 a 407 (fuero sindical), 64 y 65.</w:t>
      </w:r>
    </w:p>
    <w:p w14:paraId="0E3EA94C" w14:textId="77777777" w:rsidR="0062550C" w:rsidRPr="00A635F3" w:rsidRDefault="00A635F3">
      <w:pPr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lastRenderedPageBreak/>
        <w:t>- Código Procesal del Trabajo y de la Seguridad Social: arts. 2, 118 a 122 (proceso especial de fuero sindical).</w:t>
      </w:r>
    </w:p>
    <w:p w14:paraId="14F16ED3" w14:textId="77777777" w:rsidR="0062550C" w:rsidRPr="00A635F3" w:rsidRDefault="00A635F3">
      <w:pPr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t>- Ley 712 de 2001.</w:t>
      </w:r>
    </w:p>
    <w:p w14:paraId="0D35608F" w14:textId="77777777" w:rsidR="0062550C" w:rsidRPr="00A635F3" w:rsidRDefault="00A635F3">
      <w:pPr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t>- Jurisprudencia de la Corte Constitucional y Corte Suprema de Justicia sobre la protección reforzada del fuero sindical.</w:t>
      </w:r>
    </w:p>
    <w:p w14:paraId="53C60180" w14:textId="77777777" w:rsidR="0062550C" w:rsidRPr="00C97ED5" w:rsidRDefault="00A635F3" w:rsidP="00A635F3">
      <w:pPr>
        <w:rPr>
          <w:rFonts w:ascii="Verdana" w:hAnsi="Verdana"/>
          <w:b/>
          <w:bCs/>
          <w:lang w:val="es-CO"/>
        </w:rPr>
      </w:pPr>
      <w:r w:rsidRPr="00C97ED5">
        <w:rPr>
          <w:rFonts w:ascii="Verdana" w:hAnsi="Verdana"/>
          <w:b/>
          <w:bCs/>
          <w:lang w:val="es-CO"/>
        </w:rPr>
        <w:t>VI. COMPETENCIA</w:t>
      </w:r>
    </w:p>
    <w:p w14:paraId="6E346423" w14:textId="77777777" w:rsidR="0062550C" w:rsidRPr="00A635F3" w:rsidRDefault="00A635F3">
      <w:pPr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t>Es usted competente, señor Juez, en virtud de lo dispuesto en los artículos 2 y 118 del Código Procesal del Trabajo y de la Seguridad Social, por la naturaleza especial del proceso y el lugar de prestación de los servicios.</w:t>
      </w:r>
    </w:p>
    <w:p w14:paraId="6AF28E58" w14:textId="77777777" w:rsidR="0062550C" w:rsidRPr="00C97ED5" w:rsidRDefault="00A635F3" w:rsidP="00A635F3">
      <w:pPr>
        <w:rPr>
          <w:rFonts w:ascii="Verdana" w:hAnsi="Verdana"/>
          <w:b/>
          <w:bCs/>
          <w:lang w:val="es-CO"/>
        </w:rPr>
      </w:pPr>
      <w:r w:rsidRPr="00C97ED5">
        <w:rPr>
          <w:rFonts w:ascii="Verdana" w:hAnsi="Verdana"/>
          <w:b/>
          <w:bCs/>
          <w:lang w:val="es-CO"/>
        </w:rPr>
        <w:t>VII. ANEXOS</w:t>
      </w:r>
    </w:p>
    <w:p w14:paraId="764BBB14" w14:textId="77777777" w:rsidR="0062550C" w:rsidRPr="00A635F3" w:rsidRDefault="00A635F3">
      <w:pPr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t>1. Poder otorgado al suscrito abogado.</w:t>
      </w:r>
    </w:p>
    <w:p w14:paraId="44E96636" w14:textId="6AA07BFE" w:rsidR="0062550C" w:rsidRPr="00A635F3" w:rsidRDefault="00A635F3" w:rsidP="00C97ED5">
      <w:pPr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t>2. Documentos relacionados en el capítulo de pruebas.</w:t>
      </w:r>
    </w:p>
    <w:p w14:paraId="4903041A" w14:textId="77777777" w:rsidR="0062550C" w:rsidRPr="00A635F3" w:rsidRDefault="00A635F3" w:rsidP="00A635F3">
      <w:pPr>
        <w:rPr>
          <w:rFonts w:ascii="Verdana" w:hAnsi="Verdana"/>
          <w:b/>
          <w:bCs/>
        </w:rPr>
      </w:pPr>
      <w:r w:rsidRPr="00A635F3">
        <w:rPr>
          <w:rFonts w:ascii="Verdana" w:hAnsi="Verdana"/>
          <w:b/>
          <w:bCs/>
        </w:rPr>
        <w:t>VIII. NOTIFICACIONES</w:t>
      </w:r>
    </w:p>
    <w:p w14:paraId="13C13529" w14:textId="608D61E1" w:rsidR="0062550C" w:rsidRPr="00A635F3" w:rsidRDefault="00A635F3">
      <w:pPr>
        <w:rPr>
          <w:rFonts w:ascii="Verdana" w:hAnsi="Verdana"/>
          <w:lang w:val="es-CO"/>
        </w:rPr>
      </w:pPr>
      <w:r w:rsidRPr="00A635F3">
        <w:rPr>
          <w:rFonts w:ascii="Verdana" w:hAnsi="Verdana"/>
          <w:lang w:val="es-CO"/>
        </w:rPr>
        <w:t>- Demandada: __________________________</w:t>
      </w:r>
      <w:r w:rsidRPr="00A635F3">
        <w:rPr>
          <w:rFonts w:ascii="Verdana" w:hAnsi="Verdana"/>
          <w:lang w:val="es-CO"/>
        </w:rPr>
        <w:br/>
        <w:t>- Demandante: __________________________</w:t>
      </w:r>
      <w:r w:rsidRPr="00A635F3">
        <w:rPr>
          <w:rFonts w:ascii="Verdana" w:hAnsi="Verdana"/>
          <w:lang w:val="es-CO"/>
        </w:rPr>
        <w:br/>
        <w:t>- Apoderado judicial: __________________________, correo electrónico __________________</w:t>
      </w:r>
    </w:p>
    <w:p w14:paraId="762125F5" w14:textId="588BB1EC" w:rsidR="0062550C" w:rsidRPr="00A635F3" w:rsidRDefault="00A635F3">
      <w:pPr>
        <w:rPr>
          <w:rFonts w:ascii="Verdana" w:hAnsi="Verdana"/>
        </w:rPr>
      </w:pPr>
      <w:r w:rsidRPr="00A635F3">
        <w:rPr>
          <w:rFonts w:ascii="Verdana" w:hAnsi="Verdana"/>
          <w:lang w:val="es-CO"/>
        </w:rPr>
        <w:br/>
        <w:t>Del Señor Juez,</w:t>
      </w:r>
      <w:r w:rsidRPr="00A635F3">
        <w:rPr>
          <w:rFonts w:ascii="Verdana" w:hAnsi="Verdana"/>
          <w:lang w:val="es-CO"/>
        </w:rPr>
        <w:br/>
      </w:r>
      <w:r w:rsidRPr="00A635F3">
        <w:rPr>
          <w:rFonts w:ascii="Verdana" w:hAnsi="Verdana"/>
          <w:lang w:val="es-CO"/>
        </w:rPr>
        <w:br/>
        <w:t>________________________</w:t>
      </w:r>
      <w:r w:rsidRPr="00A635F3">
        <w:rPr>
          <w:rFonts w:ascii="Verdana" w:hAnsi="Verdana"/>
          <w:lang w:val="es-CO"/>
        </w:rPr>
        <w:br/>
        <w:t>Firma</w:t>
      </w:r>
      <w:r w:rsidRPr="00A635F3">
        <w:rPr>
          <w:rFonts w:ascii="Verdana" w:hAnsi="Verdana"/>
          <w:lang w:val="es-CO"/>
        </w:rPr>
        <w:br/>
        <w:t xml:space="preserve">C.C. No. </w:t>
      </w:r>
      <w:r w:rsidRPr="00A635F3">
        <w:rPr>
          <w:rFonts w:ascii="Verdana" w:hAnsi="Verdana"/>
        </w:rPr>
        <w:t>____________</w:t>
      </w:r>
      <w:r w:rsidRPr="00A635F3">
        <w:rPr>
          <w:rFonts w:ascii="Verdana" w:hAnsi="Verdana"/>
        </w:rPr>
        <w:br/>
        <w:t>T.P. No. ____________ C.S.J.</w:t>
      </w:r>
    </w:p>
    <w:sectPr w:rsidR="0062550C" w:rsidRPr="00A635F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2550C"/>
    <w:rsid w:val="00A635F3"/>
    <w:rsid w:val="00AA1D8D"/>
    <w:rsid w:val="00B47730"/>
    <w:rsid w:val="00C97ED5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A3193F"/>
  <w14:defaultImageDpi w14:val="300"/>
  <w15:docId w15:val="{A0A092EB-3C0A-4AFF-834B-F2C6B5EEE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679</Words>
  <Characters>3874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4544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Valentina Martinez</cp:lastModifiedBy>
  <cp:revision>3</cp:revision>
  <dcterms:created xsi:type="dcterms:W3CDTF">2013-12-23T23:15:00Z</dcterms:created>
  <dcterms:modified xsi:type="dcterms:W3CDTF">2025-09-09T02:43:00Z</dcterms:modified>
  <cp:category/>
</cp:coreProperties>
</file>