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08354E" w14:textId="77777777" w:rsidR="000B095D" w:rsidRPr="007C0CA7" w:rsidRDefault="00213A03" w:rsidP="007C0CA7">
      <w:pPr>
        <w:jc w:val="center"/>
        <w:rPr>
          <w:rFonts w:ascii="Verdana" w:hAnsi="Verdana"/>
          <w:b/>
          <w:bCs/>
          <w:lang w:val="es-CO"/>
        </w:rPr>
      </w:pPr>
      <w:r w:rsidRPr="007C0CA7">
        <w:rPr>
          <w:rFonts w:ascii="Verdana" w:hAnsi="Verdana"/>
          <w:b/>
          <w:bCs/>
          <w:lang w:val="es-CO"/>
        </w:rPr>
        <w:t>MODELO DE ESCRITO DE CONTESTACIÓN DE LA DEMANDA</w:t>
      </w:r>
    </w:p>
    <w:p w14:paraId="617A2C10" w14:textId="77777777" w:rsidR="00213A03" w:rsidRPr="00213A03" w:rsidRDefault="00213A03" w:rsidP="00213A03">
      <w:pPr>
        <w:jc w:val="both"/>
        <w:rPr>
          <w:rFonts w:ascii="Verdana" w:hAnsi="Verdana"/>
          <w:lang w:val="es-CO"/>
        </w:rPr>
      </w:pPr>
    </w:p>
    <w:p w14:paraId="52D89159" w14:textId="1EA600D2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PROCESO: (…indicar tipo de proceso…)</w:t>
      </w:r>
    </w:p>
    <w:p w14:paraId="594CDA2C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RADICADO: (…número de radicado…)</w:t>
      </w:r>
    </w:p>
    <w:p w14:paraId="574B24CB" w14:textId="26F94F5C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JUZGADO: (…indicar despacho judicial…)</w:t>
      </w:r>
    </w:p>
    <w:p w14:paraId="78CF656C" w14:textId="77777777" w:rsidR="000B095D" w:rsidRPr="00213A03" w:rsidRDefault="00213A03" w:rsidP="00213A03">
      <w:pPr>
        <w:ind w:left="4320"/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b/>
          <w:bCs/>
          <w:i/>
          <w:iCs/>
          <w:lang w:val="es-CO"/>
        </w:rPr>
        <w:t>Referencia:</w:t>
      </w:r>
      <w:r w:rsidRPr="00213A03">
        <w:rPr>
          <w:rFonts w:ascii="Verdana" w:hAnsi="Verdana"/>
          <w:lang w:val="es-CO"/>
        </w:rPr>
        <w:t xml:space="preserve"> Contestación de la demanda</w:t>
      </w:r>
    </w:p>
    <w:p w14:paraId="1A24FC60" w14:textId="786B7528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(nombre completo del demandado), mayor de edad, identificado con cédula de ciudadanía No. (…) de (…), actuando en nombre propio / por intermedio de apoderado judicial (según corresponda), dentro del proceso de la referencia, me permito presentar contestación de la demanda, conforme a lo dispuesto en los artículos 96 y siguientes del Código General del Proceso, en los siguientes términos:</w:t>
      </w:r>
    </w:p>
    <w:p w14:paraId="6CFC5E37" w14:textId="5157A0FD" w:rsidR="00213A03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I. PRONUNCIAMIENTO SOBRE LOS HECHOS DE LA DEMANDA</w:t>
      </w:r>
    </w:p>
    <w:p w14:paraId="53ACB876" w14:textId="4D7A6EE0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Respecto del hecho primero: es cierto.</w:t>
      </w:r>
    </w:p>
    <w:p w14:paraId="242D5817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2. Respecto del hecho segundo: es parcialmente cierto, en tanto (…)</w:t>
      </w:r>
    </w:p>
    <w:p w14:paraId="7A99404C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3. Respecto del hecho tercero: no es cierto, toda vez que (…)</w:t>
      </w:r>
    </w:p>
    <w:p w14:paraId="64448A8F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4. (Continuar uno a uno según corresponda).</w:t>
      </w:r>
    </w:p>
    <w:p w14:paraId="34847FF8" w14:textId="77777777" w:rsidR="000B095D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II. EXCEPCIONES PREVIAS (</w:t>
      </w:r>
      <w:proofErr w:type="spellStart"/>
      <w:r w:rsidRPr="007C0CA7">
        <w:rPr>
          <w:rFonts w:ascii="Verdana" w:hAnsi="Verdana"/>
          <w:b/>
          <w:bCs/>
        </w:rPr>
        <w:t>si</w:t>
      </w:r>
      <w:proofErr w:type="spellEnd"/>
      <w:r w:rsidRPr="007C0CA7">
        <w:rPr>
          <w:rFonts w:ascii="Verdana" w:hAnsi="Verdana"/>
          <w:b/>
          <w:bCs/>
        </w:rPr>
        <w:t xml:space="preserve"> </w:t>
      </w:r>
      <w:proofErr w:type="spellStart"/>
      <w:r w:rsidRPr="007C0CA7">
        <w:rPr>
          <w:rFonts w:ascii="Verdana" w:hAnsi="Verdana"/>
          <w:b/>
          <w:bCs/>
        </w:rPr>
        <w:t>fuere</w:t>
      </w:r>
      <w:proofErr w:type="spellEnd"/>
      <w:r w:rsidRPr="007C0CA7">
        <w:rPr>
          <w:rFonts w:ascii="Verdana" w:hAnsi="Verdana"/>
          <w:b/>
          <w:bCs/>
        </w:rPr>
        <w:t xml:space="preserve"> </w:t>
      </w:r>
      <w:proofErr w:type="spellStart"/>
      <w:r w:rsidRPr="007C0CA7">
        <w:rPr>
          <w:rFonts w:ascii="Verdana" w:hAnsi="Verdana"/>
          <w:b/>
          <w:bCs/>
        </w:rPr>
        <w:t>el</w:t>
      </w:r>
      <w:proofErr w:type="spellEnd"/>
      <w:r w:rsidRPr="007C0CA7">
        <w:rPr>
          <w:rFonts w:ascii="Verdana" w:hAnsi="Verdana"/>
          <w:b/>
          <w:bCs/>
        </w:rPr>
        <w:t xml:space="preserve"> </w:t>
      </w:r>
      <w:proofErr w:type="spellStart"/>
      <w:r w:rsidRPr="007C0CA7">
        <w:rPr>
          <w:rFonts w:ascii="Verdana" w:hAnsi="Verdana"/>
          <w:b/>
          <w:bCs/>
        </w:rPr>
        <w:t>caso</w:t>
      </w:r>
      <w:proofErr w:type="spellEnd"/>
      <w:r w:rsidRPr="007C0CA7">
        <w:rPr>
          <w:rFonts w:ascii="Verdana" w:hAnsi="Verdana"/>
          <w:b/>
          <w:bCs/>
        </w:rPr>
        <w:t>)</w:t>
      </w:r>
    </w:p>
    <w:p w14:paraId="5A2E15C6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De conformidad con el artículo 100 del Código General del Proceso, propongo las siguientes excepciones previas:</w:t>
      </w:r>
    </w:p>
    <w:p w14:paraId="35062E1D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(…)</w:t>
      </w:r>
    </w:p>
    <w:p w14:paraId="4923D890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2. (…)</w:t>
      </w:r>
    </w:p>
    <w:p w14:paraId="7F37F7D5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Si no existen, manifestar expresamente: “No se proponen excepciones previas”.</w:t>
      </w:r>
    </w:p>
    <w:p w14:paraId="212B9952" w14:textId="77777777" w:rsidR="000B095D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III. EXCEPCIONES DE MÉRITO</w:t>
      </w:r>
    </w:p>
    <w:p w14:paraId="20A5AAD8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De conformidad con el artículo 97 del Código General del Proceso, propongo las siguientes excepciones de mérito:</w:t>
      </w:r>
    </w:p>
    <w:p w14:paraId="0E97E1F6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Inexistencia de la obligación: (…)</w:t>
      </w:r>
    </w:p>
    <w:p w14:paraId="73C44466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lastRenderedPageBreak/>
        <w:t>2. Cobro de lo no debido: (…)</w:t>
      </w:r>
    </w:p>
    <w:p w14:paraId="4B80F96F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3. Prescripción / compensación / nulidad absoluta o relativa (según el caso).</w:t>
      </w:r>
    </w:p>
    <w:p w14:paraId="1BCAF095" w14:textId="537C514E" w:rsidR="00213A03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IV. FUNDAMENTOS DE DERECHO</w:t>
      </w:r>
    </w:p>
    <w:p w14:paraId="1F4C0746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La presente contestación se sustenta en lo previsto en los artículos 96 a 100 del Código General del Proceso, y en las normas sustanciales aplicables al caso concreto, tales como (…)</w:t>
      </w:r>
    </w:p>
    <w:p w14:paraId="42BFC38C" w14:textId="77777777" w:rsidR="000B095D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V. MEDIOS DE PRUEBA</w:t>
      </w:r>
    </w:p>
    <w:p w14:paraId="51BDB7C3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Con fundamento en el artículo 167 del Código General del Proceso, me permito solicitar el decreto y práctica de los siguientes medios probatorios:</w:t>
      </w:r>
    </w:p>
    <w:p w14:paraId="763F8EE0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Documentales: (ej. contrato, facturas, certificaciones).</w:t>
      </w:r>
    </w:p>
    <w:p w14:paraId="7F591BCF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2. Testimoniales: (nombres de los testigos con datos de contacto).</w:t>
      </w:r>
    </w:p>
    <w:p w14:paraId="188CDEE5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3. Inspección judicial: sobre (…)</w:t>
      </w:r>
    </w:p>
    <w:p w14:paraId="6F4FB30E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4. Dictamen pericial: en relación con (…)</w:t>
      </w:r>
    </w:p>
    <w:p w14:paraId="60D352E2" w14:textId="29C7E6E6" w:rsidR="00213A03" w:rsidRPr="007C0CA7" w:rsidRDefault="00213A03" w:rsidP="00213A03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VI. ANEXOS</w:t>
      </w:r>
    </w:p>
    <w:p w14:paraId="606AFF64" w14:textId="26F5F09B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Poder conferido al suscrito abogado (si aplica).</w:t>
      </w:r>
    </w:p>
    <w:p w14:paraId="03D47E91" w14:textId="085E7AC9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2. Documentos relacionados con las excepciones propuestas.</w:t>
      </w:r>
    </w:p>
    <w:p w14:paraId="0A082EFC" w14:textId="2EE8B8FD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3. Los demás que se estimen pertinentes.</w:t>
      </w:r>
    </w:p>
    <w:p w14:paraId="76FF36C3" w14:textId="77777777" w:rsidR="000B095D" w:rsidRPr="007C0CA7" w:rsidRDefault="00213A03" w:rsidP="007C0CA7">
      <w:pPr>
        <w:rPr>
          <w:rFonts w:ascii="Verdana" w:hAnsi="Verdana"/>
          <w:b/>
          <w:bCs/>
        </w:rPr>
      </w:pPr>
      <w:r w:rsidRPr="007C0CA7">
        <w:rPr>
          <w:rFonts w:ascii="Verdana" w:hAnsi="Verdana"/>
          <w:b/>
          <w:bCs/>
        </w:rPr>
        <w:t>VII. PETICIÓN</w:t>
      </w:r>
    </w:p>
    <w:p w14:paraId="37E4C00A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En mérito de lo expuesto, solicito al despacho:</w:t>
      </w:r>
    </w:p>
    <w:p w14:paraId="5DA81A5F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1. Tenerme por contestada en debida forma la demanda dentro del proceso de la referencia.</w:t>
      </w:r>
    </w:p>
    <w:p w14:paraId="15088714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2. Reconocer las excepciones propuestas.</w:t>
      </w:r>
    </w:p>
    <w:p w14:paraId="0332D892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3. Decretar y practicar los medios probatorios solicitados.</w:t>
      </w:r>
    </w:p>
    <w:p w14:paraId="50AB0565" w14:textId="70599AB9" w:rsidR="000B095D" w:rsidRPr="00213A03" w:rsidRDefault="00213A03" w:rsidP="00213A03">
      <w:pPr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br/>
        <w:t>Del despacho,</w:t>
      </w:r>
      <w:r w:rsidRPr="00213A03">
        <w:rPr>
          <w:rFonts w:ascii="Verdana" w:hAnsi="Verdana"/>
          <w:lang w:val="es-CO"/>
        </w:rPr>
        <w:br/>
      </w:r>
    </w:p>
    <w:p w14:paraId="4BFAE1EA" w14:textId="77777777" w:rsidR="000B095D" w:rsidRPr="00213A03" w:rsidRDefault="00213A03" w:rsidP="00213A03">
      <w:pPr>
        <w:jc w:val="both"/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t>Atentamente,</w:t>
      </w:r>
      <w:r w:rsidRPr="00213A03">
        <w:rPr>
          <w:rFonts w:ascii="Verdana" w:hAnsi="Verdana"/>
          <w:lang w:val="es-CO"/>
        </w:rPr>
        <w:br/>
      </w:r>
    </w:p>
    <w:p w14:paraId="72B99FE7" w14:textId="77777777" w:rsidR="000B095D" w:rsidRPr="00213A03" w:rsidRDefault="00213A03" w:rsidP="00213A03">
      <w:pPr>
        <w:rPr>
          <w:rFonts w:ascii="Verdana" w:hAnsi="Verdana"/>
          <w:lang w:val="es-CO"/>
        </w:rPr>
      </w:pPr>
      <w:r w:rsidRPr="00213A03">
        <w:rPr>
          <w:rFonts w:ascii="Verdana" w:hAnsi="Verdana"/>
          <w:lang w:val="es-CO"/>
        </w:rPr>
        <w:lastRenderedPageBreak/>
        <w:t>(Firma del demandado o apoderado)</w:t>
      </w:r>
      <w:r w:rsidRPr="00213A03">
        <w:rPr>
          <w:rFonts w:ascii="Verdana" w:hAnsi="Verdana"/>
          <w:lang w:val="es-CO"/>
        </w:rPr>
        <w:br/>
        <w:t>Nombre completo</w:t>
      </w:r>
      <w:r w:rsidRPr="00213A03">
        <w:rPr>
          <w:rFonts w:ascii="Verdana" w:hAnsi="Verdana"/>
          <w:lang w:val="es-CO"/>
        </w:rPr>
        <w:br/>
        <w:t>C.C. No. (…) de (…)</w:t>
      </w:r>
      <w:r w:rsidRPr="00213A03">
        <w:rPr>
          <w:rFonts w:ascii="Verdana" w:hAnsi="Verdana"/>
          <w:lang w:val="es-CO"/>
        </w:rPr>
        <w:br/>
        <w:t>T.P. No. (…) del C.S. de la J. (si es abogado)</w:t>
      </w:r>
      <w:r w:rsidRPr="00213A03">
        <w:rPr>
          <w:rFonts w:ascii="Verdana" w:hAnsi="Verdana"/>
          <w:lang w:val="es-CO"/>
        </w:rPr>
        <w:br/>
        <w:t>Dirección de notificaciones: (…)</w:t>
      </w:r>
      <w:r w:rsidRPr="00213A03">
        <w:rPr>
          <w:rFonts w:ascii="Verdana" w:hAnsi="Verdana"/>
          <w:lang w:val="es-CO"/>
        </w:rPr>
        <w:br/>
      </w:r>
      <w:proofErr w:type="spellStart"/>
      <w:r w:rsidRPr="00213A03">
        <w:rPr>
          <w:rFonts w:ascii="Verdana" w:hAnsi="Verdana"/>
        </w:rPr>
        <w:t>Correo</w:t>
      </w:r>
      <w:proofErr w:type="spellEnd"/>
      <w:r w:rsidRPr="00213A03">
        <w:rPr>
          <w:rFonts w:ascii="Verdana" w:hAnsi="Verdana"/>
        </w:rPr>
        <w:t xml:space="preserve"> </w:t>
      </w:r>
      <w:proofErr w:type="spellStart"/>
      <w:r w:rsidRPr="00213A03">
        <w:rPr>
          <w:rFonts w:ascii="Verdana" w:hAnsi="Verdana"/>
        </w:rPr>
        <w:t>electrónico</w:t>
      </w:r>
      <w:proofErr w:type="spellEnd"/>
      <w:r w:rsidRPr="00213A03">
        <w:rPr>
          <w:rFonts w:ascii="Verdana" w:hAnsi="Verdana"/>
        </w:rPr>
        <w:t>: (…)</w:t>
      </w:r>
    </w:p>
    <w:sectPr w:rsidR="000B095D" w:rsidRPr="00213A03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B095D"/>
    <w:rsid w:val="0015074B"/>
    <w:rsid w:val="00213A03"/>
    <w:rsid w:val="0029639D"/>
    <w:rsid w:val="00326F90"/>
    <w:rsid w:val="007C0CA7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943B2D8"/>
  <w14:defaultImageDpi w14:val="300"/>
  <w15:docId w15:val="{A0A092EB-3C0A-4AFF-834B-F2C6B5EEEC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386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2582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Valentina Martinez</cp:lastModifiedBy>
  <cp:revision>3</cp:revision>
  <dcterms:created xsi:type="dcterms:W3CDTF">2013-12-23T23:15:00Z</dcterms:created>
  <dcterms:modified xsi:type="dcterms:W3CDTF">2025-09-09T03:32:00Z</dcterms:modified>
  <cp:category/>
</cp:coreProperties>
</file>